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359EB" w:rsidRPr="00F359EB" w:rsidRDefault="00F359EB" w:rsidP="00F359EB">
      <w:pPr>
        <w:jc w:val="center"/>
        <w:rPr>
          <w:rFonts w:ascii="Arial" w:eastAsiaTheme="minorEastAsia" w:hAnsi="Arial" w:cstheme="minorBidi"/>
          <w:sz w:val="18"/>
          <w:lang w:val="el-GR"/>
        </w:rPr>
      </w:pPr>
      <w:r w:rsidRPr="00F359EB">
        <w:rPr>
          <w:rFonts w:ascii="Arial" w:eastAsiaTheme="minorEastAsia" w:hAnsi="Arial" w:cstheme="minorBidi"/>
          <w:b/>
          <w:sz w:val="28"/>
          <w:lang w:val="el-GR"/>
        </w:rPr>
        <w:t xml:space="preserve">ΠΙΝΑΚΑΣ </w:t>
      </w:r>
      <w:r>
        <w:rPr>
          <w:rFonts w:ascii="Arial" w:eastAsiaTheme="minorEastAsia" w:hAnsi="Arial" w:cstheme="minorBidi"/>
          <w:b/>
          <w:sz w:val="28"/>
          <w:lang w:val="el-GR"/>
        </w:rPr>
        <w:t xml:space="preserve">ΠΡΟΣΩΡΙΝΩΝ </w:t>
      </w:r>
      <w:r w:rsidRPr="00F359EB">
        <w:rPr>
          <w:rFonts w:ascii="Arial" w:eastAsiaTheme="minorEastAsia" w:hAnsi="Arial" w:cstheme="minorBidi"/>
          <w:b/>
          <w:sz w:val="28"/>
          <w:lang w:val="el-GR"/>
        </w:rPr>
        <w:t>ΑΠΟΤΕΛΕΣΜΑΤΩΝ ΣΤΕΓΑΣΗΣ</w:t>
      </w:r>
      <w:r w:rsidRPr="00F359EB">
        <w:rPr>
          <w:rFonts w:ascii="Arial" w:eastAsiaTheme="minorEastAsia" w:hAnsi="Arial" w:cstheme="minorBidi"/>
          <w:b/>
          <w:sz w:val="28"/>
          <w:lang w:val="el-GR"/>
        </w:rPr>
        <w:br/>
      </w:r>
      <w:r w:rsidRPr="00F359EB">
        <w:rPr>
          <w:rFonts w:ascii="Arial" w:eastAsiaTheme="minorEastAsia" w:hAnsi="Arial" w:cstheme="minorBidi"/>
          <w:b/>
          <w:sz w:val="24"/>
          <w:lang w:val="el-GR"/>
        </w:rPr>
        <w:t>ΑΚΑΔΗΜΑΪΚΟ ΕΤΟΣ 2026-2027 – ΚΑΒΑΛΑ</w:t>
      </w:r>
      <w:r w:rsidRPr="00F359EB">
        <w:rPr>
          <w:rFonts w:ascii="Arial" w:eastAsiaTheme="minorEastAsia" w:hAnsi="Arial" w:cstheme="minorBidi"/>
          <w:b/>
          <w:sz w:val="24"/>
          <w:lang w:val="el-GR"/>
        </w:rPr>
        <w:br/>
      </w:r>
      <w:r w:rsidRPr="00F359EB">
        <w:rPr>
          <w:rFonts w:ascii="Arial" w:eastAsiaTheme="minorEastAsia" w:hAnsi="Arial" w:cstheme="minorBidi"/>
          <w:b/>
          <w:sz w:val="22"/>
          <w:lang w:val="el-GR"/>
        </w:rPr>
        <w:t>ΔΙΚΑΙΟΥΧΟΙ ΣΤΕΓΑΣΗΣ – ΜΕ ΣΕΙΡΑ ΚΑΤΑΤΑΞΗΣ</w:t>
      </w:r>
    </w:p>
    <w:p w:rsidR="00F359EB" w:rsidRDefault="00F359EB">
      <w:pPr>
        <w:keepNext/>
        <w:spacing w:after="40"/>
        <w:rPr>
          <w:b/>
          <w:sz w:val="24"/>
          <w:lang w:val="el-GR"/>
        </w:rPr>
      </w:pPr>
      <w:bookmarkStart w:id="0" w:name="_GoBack"/>
      <w:bookmarkEnd w:id="0"/>
    </w:p>
    <w:p w:rsidR="00CD226A" w:rsidRPr="006D507E" w:rsidRDefault="00FF7E91">
      <w:pPr>
        <w:keepNext/>
        <w:spacing w:after="40"/>
        <w:rPr>
          <w:lang w:val="el-GR"/>
        </w:rPr>
      </w:pPr>
      <w:r w:rsidRPr="006D507E">
        <w:rPr>
          <w:b/>
          <w:sz w:val="24"/>
          <w:lang w:val="el-GR"/>
        </w:rPr>
        <w:t>Πίνακας 1</w:t>
      </w:r>
    </w:p>
    <w:p w:rsidR="00CD226A" w:rsidRPr="006D507E" w:rsidRDefault="00FF7E91">
      <w:pPr>
        <w:keepNext/>
        <w:spacing w:after="80"/>
        <w:rPr>
          <w:lang w:val="el-GR"/>
        </w:rPr>
      </w:pPr>
      <w:r w:rsidRPr="006D507E">
        <w:rPr>
          <w:b/>
          <w:sz w:val="22"/>
          <w:lang w:val="el-GR"/>
        </w:rPr>
        <w:t>ΔΙΚΑΙΟΥΧΟΙ ΣΤΕΓΑΣΗΣ: ΠΡΟΠΤΥΧΙΑΚΟΙ ΦΟΙΤΗΤΕΣ ΠΡΩΤΟΕΤΕΙΣ (ΑΚ ΕΤΟΣ 2026-2027)_ΜΕ ΣΕΙΡΑ ΚΑΤΑΤΑΞΗΣ</w:t>
      </w:r>
    </w:p>
    <w:p w:rsidR="00CD226A" w:rsidRPr="00F359EB" w:rsidRDefault="00FF7E91">
      <w:pPr>
        <w:keepNext/>
        <w:spacing w:after="80"/>
        <w:rPr>
          <w:lang w:val="el-GR"/>
        </w:rPr>
      </w:pPr>
      <w:proofErr w:type="spellStart"/>
      <w:r>
        <w:rPr>
          <w:i/>
        </w:rPr>
        <w:t>Σύνολο</w:t>
      </w:r>
      <w:proofErr w:type="spellEnd"/>
      <w:r>
        <w:rPr>
          <w:i/>
        </w:rPr>
        <w:t xml:space="preserve"> κατατα</w:t>
      </w:r>
      <w:proofErr w:type="spellStart"/>
      <w:r>
        <w:rPr>
          <w:i/>
        </w:rPr>
        <w:t>γμένων</w:t>
      </w:r>
      <w:proofErr w:type="spellEnd"/>
      <w:r>
        <w:rPr>
          <w:i/>
        </w:rPr>
        <w:t xml:space="preserve"> α</w:t>
      </w:r>
      <w:proofErr w:type="spellStart"/>
      <w:r>
        <w:rPr>
          <w:i/>
        </w:rPr>
        <w:t>ιτήσεων</w:t>
      </w:r>
      <w:proofErr w:type="spellEnd"/>
      <w:r>
        <w:rPr>
          <w:i/>
        </w:rPr>
        <w:t>: 2</w:t>
      </w:r>
      <w:r w:rsidR="00F359EB">
        <w:rPr>
          <w:i/>
          <w:lang w:val="el-GR"/>
        </w:rPr>
        <w:t>6</w:t>
      </w:r>
    </w:p>
    <w:tbl>
      <w:tblPr>
        <w:tblStyle w:val="afa"/>
        <w:tblW w:w="5000" w:type="pct"/>
        <w:tblLook w:val="04A0" w:firstRow="1" w:lastRow="0" w:firstColumn="1" w:lastColumn="0" w:noHBand="0" w:noVBand="1"/>
      </w:tblPr>
      <w:tblGrid>
        <w:gridCol w:w="563"/>
        <w:gridCol w:w="941"/>
        <w:gridCol w:w="941"/>
        <w:gridCol w:w="2968"/>
        <w:gridCol w:w="1081"/>
        <w:gridCol w:w="1342"/>
        <w:gridCol w:w="892"/>
        <w:gridCol w:w="1128"/>
      </w:tblGrid>
      <w:tr w:rsidR="00F359EB" w:rsidTr="00F359EB">
        <w:trPr>
          <w:tblHeader/>
        </w:trPr>
        <w:tc>
          <w:tcPr>
            <w:tcW w:w="287" w:type="pct"/>
            <w:shd w:val="clear" w:color="auto" w:fill="D9D9D9"/>
          </w:tcPr>
          <w:p w:rsidR="00F359EB" w:rsidRDefault="00F359EB">
            <w:pPr>
              <w:spacing w:before="20" w:after="20"/>
              <w:jc w:val="center"/>
            </w:pPr>
            <w:r>
              <w:rPr>
                <w:b/>
                <w:sz w:val="19"/>
              </w:rPr>
              <w:t>Α/Α</w:t>
            </w:r>
          </w:p>
        </w:tc>
        <w:tc>
          <w:tcPr>
            <w:tcW w:w="479" w:type="pct"/>
            <w:shd w:val="clear" w:color="auto" w:fill="D9D9D9"/>
          </w:tcPr>
          <w:p w:rsidR="00F359EB" w:rsidRDefault="00F359EB">
            <w:pPr>
              <w:spacing w:before="20" w:after="20"/>
              <w:jc w:val="center"/>
            </w:pPr>
            <w:r>
              <w:rPr>
                <w:b/>
                <w:sz w:val="19"/>
              </w:rPr>
              <w:t>ΚΩΔΙΚΟΣ ΑΙΤΗΣΗΣ</w:t>
            </w:r>
          </w:p>
        </w:tc>
        <w:tc>
          <w:tcPr>
            <w:tcW w:w="479" w:type="pct"/>
            <w:shd w:val="clear" w:color="auto" w:fill="D9D9D9"/>
          </w:tcPr>
          <w:p w:rsidR="00F359EB" w:rsidRDefault="00F359EB">
            <w:pPr>
              <w:spacing w:before="20" w:after="20"/>
              <w:jc w:val="center"/>
            </w:pPr>
            <w:r>
              <w:rPr>
                <w:b/>
                <w:sz w:val="19"/>
              </w:rPr>
              <w:t>ΠΟΛΗ</w:t>
            </w:r>
          </w:p>
        </w:tc>
        <w:tc>
          <w:tcPr>
            <w:tcW w:w="1507" w:type="pct"/>
            <w:shd w:val="clear" w:color="auto" w:fill="D9D9D9"/>
          </w:tcPr>
          <w:p w:rsidR="00F359EB" w:rsidRDefault="00F359EB">
            <w:pPr>
              <w:spacing w:before="20" w:after="20"/>
              <w:jc w:val="center"/>
            </w:pPr>
            <w:r>
              <w:rPr>
                <w:b/>
                <w:sz w:val="19"/>
              </w:rPr>
              <w:t>ΤΜΗΜΑ</w:t>
            </w:r>
          </w:p>
        </w:tc>
        <w:tc>
          <w:tcPr>
            <w:tcW w:w="550" w:type="pct"/>
            <w:shd w:val="clear" w:color="auto" w:fill="D9D9D9"/>
          </w:tcPr>
          <w:p w:rsidR="00F359EB" w:rsidRDefault="00F359EB">
            <w:pPr>
              <w:spacing w:before="20" w:after="20"/>
              <w:jc w:val="center"/>
            </w:pPr>
            <w:r>
              <w:rPr>
                <w:b/>
                <w:sz w:val="19"/>
              </w:rPr>
              <w:t>ΕΞΑΜΗΝΟ</w:t>
            </w:r>
          </w:p>
        </w:tc>
        <w:tc>
          <w:tcPr>
            <w:tcW w:w="670" w:type="pct"/>
            <w:shd w:val="clear" w:color="auto" w:fill="D9D9D9"/>
          </w:tcPr>
          <w:p w:rsidR="00F359EB" w:rsidRDefault="00F359EB">
            <w:pPr>
              <w:spacing w:before="20" w:after="20"/>
              <w:jc w:val="center"/>
            </w:pPr>
            <w:r>
              <w:rPr>
                <w:b/>
                <w:sz w:val="19"/>
              </w:rPr>
              <w:t>ΤΕΛΙΚΟ ΠΟΣΟ ΑΞΙΟΛΟΓΗΣΗΣ</w:t>
            </w:r>
          </w:p>
        </w:tc>
        <w:tc>
          <w:tcPr>
            <w:tcW w:w="454" w:type="pct"/>
            <w:shd w:val="clear" w:color="auto" w:fill="D9D9D9"/>
          </w:tcPr>
          <w:p w:rsidR="00F359EB" w:rsidRDefault="00F359EB">
            <w:pPr>
              <w:spacing w:before="20" w:after="20"/>
              <w:jc w:val="center"/>
            </w:pPr>
            <w:r>
              <w:rPr>
                <w:b/>
                <w:sz w:val="19"/>
              </w:rPr>
              <w:t>ΚΤΗΡΙΟ</w:t>
            </w:r>
          </w:p>
        </w:tc>
        <w:tc>
          <w:tcPr>
            <w:tcW w:w="574" w:type="pct"/>
            <w:shd w:val="clear" w:color="auto" w:fill="D9D9D9"/>
          </w:tcPr>
          <w:p w:rsidR="00F359EB" w:rsidRDefault="00F359EB">
            <w:pPr>
              <w:spacing w:before="20" w:after="20"/>
              <w:jc w:val="center"/>
            </w:pPr>
            <w:r>
              <w:rPr>
                <w:b/>
                <w:sz w:val="19"/>
              </w:rPr>
              <w:t>ΔΩΜΑΤΙΟ</w:t>
            </w:r>
          </w:p>
        </w:tc>
      </w:tr>
      <w:tr w:rsidR="00F359EB" w:rsidTr="00F359EB">
        <w:trPr>
          <w:cantSplit/>
        </w:trPr>
        <w:tc>
          <w:tcPr>
            <w:tcW w:w="287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19373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F359EB" w:rsidRDefault="00F359EB">
            <w:pPr>
              <w:spacing w:before="20" w:after="20"/>
            </w:pPr>
            <w:r>
              <w:rPr>
                <w:sz w:val="19"/>
              </w:rPr>
              <w:t>ΤΜΗΜΑ ΧΗΜΕΙΑΣ</w:t>
            </w:r>
          </w:p>
        </w:tc>
        <w:tc>
          <w:tcPr>
            <w:tcW w:w="55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7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1.137,78</w:t>
            </w:r>
          </w:p>
        </w:tc>
        <w:tc>
          <w:tcPr>
            <w:tcW w:w="45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Β23</w:t>
            </w:r>
          </w:p>
        </w:tc>
      </w:tr>
      <w:tr w:rsidR="00F359EB" w:rsidTr="00F359EB">
        <w:trPr>
          <w:cantSplit/>
        </w:trPr>
        <w:tc>
          <w:tcPr>
            <w:tcW w:w="287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19390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F359EB" w:rsidRDefault="00F359EB">
            <w:pPr>
              <w:spacing w:before="20" w:after="20"/>
            </w:pPr>
            <w:r>
              <w:rPr>
                <w:sz w:val="19"/>
              </w:rPr>
              <w:t>ΤΜΗΜΑ ΛΟΓΙΣΤΙΚΗΣ ΚΑΙ ΧΡΗΜΑΤΟΟΙΚΟΝΟΜΙΚΗΣ</w:t>
            </w:r>
          </w:p>
        </w:tc>
        <w:tc>
          <w:tcPr>
            <w:tcW w:w="55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7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1.945,50</w:t>
            </w:r>
          </w:p>
        </w:tc>
        <w:tc>
          <w:tcPr>
            <w:tcW w:w="45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Β24</w:t>
            </w:r>
          </w:p>
        </w:tc>
      </w:tr>
      <w:tr w:rsidR="00F359EB" w:rsidTr="00F359EB">
        <w:trPr>
          <w:cantSplit/>
        </w:trPr>
        <w:tc>
          <w:tcPr>
            <w:tcW w:w="287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19381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F359EB" w:rsidRDefault="00F359EB">
            <w:pPr>
              <w:spacing w:before="20" w:after="20"/>
            </w:pPr>
            <w:r>
              <w:rPr>
                <w:sz w:val="19"/>
              </w:rPr>
              <w:t>ΤΜΗΜΑ ΧΗΜΕΙΑΣ</w:t>
            </w:r>
          </w:p>
        </w:tc>
        <w:tc>
          <w:tcPr>
            <w:tcW w:w="55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7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2.200,44</w:t>
            </w:r>
          </w:p>
        </w:tc>
        <w:tc>
          <w:tcPr>
            <w:tcW w:w="45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Β12</w:t>
            </w:r>
          </w:p>
        </w:tc>
      </w:tr>
      <w:tr w:rsidR="00F359EB" w:rsidTr="00F359EB">
        <w:trPr>
          <w:cantSplit/>
        </w:trPr>
        <w:tc>
          <w:tcPr>
            <w:tcW w:w="287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19549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F359EB" w:rsidRDefault="00F359EB">
            <w:pPr>
              <w:spacing w:before="20" w:after="20"/>
            </w:pPr>
            <w:r>
              <w:rPr>
                <w:sz w:val="19"/>
              </w:rPr>
              <w:t>ΤΜΗΜΑ ΧΗΜΕΙΑΣ</w:t>
            </w:r>
          </w:p>
        </w:tc>
        <w:tc>
          <w:tcPr>
            <w:tcW w:w="55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7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2.749,95</w:t>
            </w:r>
          </w:p>
        </w:tc>
        <w:tc>
          <w:tcPr>
            <w:tcW w:w="45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Β24</w:t>
            </w:r>
          </w:p>
        </w:tc>
      </w:tr>
      <w:tr w:rsidR="00F359EB" w:rsidTr="00F359EB">
        <w:trPr>
          <w:cantSplit/>
        </w:trPr>
        <w:tc>
          <w:tcPr>
            <w:tcW w:w="287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19328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F359EB" w:rsidRDefault="00F359EB">
            <w:pPr>
              <w:spacing w:before="20" w:after="20"/>
            </w:pPr>
            <w:r>
              <w:rPr>
                <w:sz w:val="19"/>
              </w:rPr>
              <w:t>ΤΜΗΜΑ ΧΗΜΕΙΑΣ</w:t>
            </w:r>
          </w:p>
        </w:tc>
        <w:tc>
          <w:tcPr>
            <w:tcW w:w="55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7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2.766,50</w:t>
            </w:r>
          </w:p>
        </w:tc>
        <w:tc>
          <w:tcPr>
            <w:tcW w:w="45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Α20</w:t>
            </w:r>
          </w:p>
        </w:tc>
      </w:tr>
      <w:tr w:rsidR="00F359EB" w:rsidTr="00F359EB">
        <w:trPr>
          <w:cantSplit/>
        </w:trPr>
        <w:tc>
          <w:tcPr>
            <w:tcW w:w="287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6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19458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F359EB" w:rsidRDefault="00F359EB">
            <w:pPr>
              <w:spacing w:before="20" w:after="20"/>
            </w:pPr>
            <w:r>
              <w:rPr>
                <w:sz w:val="19"/>
              </w:rPr>
              <w:t>ΤΜΗΜΑ ΠΛΗΡΟΦΟΡΙΚΗΣ</w:t>
            </w:r>
          </w:p>
        </w:tc>
        <w:tc>
          <w:tcPr>
            <w:tcW w:w="55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7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2.826,53</w:t>
            </w:r>
          </w:p>
        </w:tc>
        <w:tc>
          <w:tcPr>
            <w:tcW w:w="45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Φ2</w:t>
            </w:r>
          </w:p>
        </w:tc>
        <w:tc>
          <w:tcPr>
            <w:tcW w:w="57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Γ20</w:t>
            </w:r>
          </w:p>
        </w:tc>
      </w:tr>
      <w:tr w:rsidR="00F359EB" w:rsidTr="00F359EB">
        <w:trPr>
          <w:cantSplit/>
        </w:trPr>
        <w:tc>
          <w:tcPr>
            <w:tcW w:w="287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7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19455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F359EB" w:rsidRDefault="00F359EB">
            <w:pPr>
              <w:spacing w:before="20" w:after="20"/>
            </w:pPr>
            <w:r>
              <w:rPr>
                <w:sz w:val="19"/>
              </w:rPr>
              <w:t>ΤΜΗΜΑ ΛΟΓΙΣΤΙΚΗΣ ΚΑΙ ΧΡΗΜΑΤΟΟΙΚΟΝΟΜΙΚΗΣ</w:t>
            </w:r>
          </w:p>
        </w:tc>
        <w:tc>
          <w:tcPr>
            <w:tcW w:w="55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7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2.833,60</w:t>
            </w:r>
          </w:p>
        </w:tc>
        <w:tc>
          <w:tcPr>
            <w:tcW w:w="45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Β13</w:t>
            </w:r>
          </w:p>
        </w:tc>
      </w:tr>
      <w:tr w:rsidR="00F359EB" w:rsidTr="00F359EB">
        <w:trPr>
          <w:cantSplit/>
        </w:trPr>
        <w:tc>
          <w:tcPr>
            <w:tcW w:w="287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8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19409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F359EB" w:rsidRDefault="00F359EB">
            <w:pPr>
              <w:spacing w:before="20" w:after="20"/>
            </w:pPr>
            <w:r>
              <w:rPr>
                <w:sz w:val="19"/>
              </w:rPr>
              <w:t>ΤΜΗΜΑ ΧΗΜΕΙΑΣ</w:t>
            </w:r>
          </w:p>
        </w:tc>
        <w:tc>
          <w:tcPr>
            <w:tcW w:w="55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7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2.855,51</w:t>
            </w:r>
          </w:p>
        </w:tc>
        <w:tc>
          <w:tcPr>
            <w:tcW w:w="45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Β4</w:t>
            </w:r>
          </w:p>
        </w:tc>
      </w:tr>
      <w:tr w:rsidR="00F359EB" w:rsidRPr="00F359EB" w:rsidTr="00F359EB">
        <w:trPr>
          <w:cantSplit/>
        </w:trPr>
        <w:tc>
          <w:tcPr>
            <w:tcW w:w="287" w:type="pct"/>
          </w:tcPr>
          <w:p w:rsidR="00F359EB" w:rsidRPr="00F359EB" w:rsidRDefault="00F359EB">
            <w:pPr>
              <w:spacing w:before="20" w:after="20"/>
              <w:jc w:val="center"/>
              <w:rPr>
                <w:sz w:val="19"/>
                <w:lang w:val="el-GR"/>
              </w:rPr>
            </w:pPr>
            <w:r>
              <w:rPr>
                <w:sz w:val="19"/>
                <w:lang w:val="el-GR"/>
              </w:rPr>
              <w:t>9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  <w:rPr>
                <w:sz w:val="19"/>
              </w:rPr>
            </w:pPr>
            <w:r w:rsidRPr="00F359EB">
              <w:rPr>
                <w:sz w:val="19"/>
              </w:rPr>
              <w:t>19571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  <w:rPr>
                <w:sz w:val="19"/>
              </w:rPr>
            </w:pPr>
            <w:r w:rsidRPr="00F359EB">
              <w:rPr>
                <w:sz w:val="19"/>
              </w:rPr>
              <w:t>ΔΡΑΜΑ</w:t>
            </w:r>
          </w:p>
        </w:tc>
        <w:tc>
          <w:tcPr>
            <w:tcW w:w="1507" w:type="pct"/>
          </w:tcPr>
          <w:p w:rsidR="00F359EB" w:rsidRPr="006D507E" w:rsidRDefault="00F359EB">
            <w:pPr>
              <w:spacing w:before="20" w:after="20"/>
              <w:rPr>
                <w:sz w:val="19"/>
                <w:lang w:val="el-GR"/>
              </w:rPr>
            </w:pPr>
            <w:r w:rsidRPr="00F359EB">
              <w:rPr>
                <w:sz w:val="19"/>
                <w:lang w:val="el-GR"/>
              </w:rPr>
              <w:t>ΤΜΗΜΑ ΦΥΣΙΚΟΥ ΠΕΡΙΒΑΛΛΟΝΤΟΣ ΚΑΙ ΚΛΙΜΑΤΙΚΗΣ ΑΝΘΕΚΤΙΚΟΤΗΤΑΣ</w:t>
            </w:r>
          </w:p>
        </w:tc>
        <w:tc>
          <w:tcPr>
            <w:tcW w:w="550" w:type="pct"/>
          </w:tcPr>
          <w:p w:rsidR="00F359EB" w:rsidRPr="00F359EB" w:rsidRDefault="00F359EB">
            <w:pPr>
              <w:spacing w:before="20" w:after="20"/>
              <w:jc w:val="center"/>
              <w:rPr>
                <w:sz w:val="19"/>
                <w:lang w:val="el-GR"/>
              </w:rPr>
            </w:pPr>
            <w:r>
              <w:rPr>
                <w:sz w:val="19"/>
                <w:lang w:val="el-GR"/>
              </w:rPr>
              <w:t>1</w:t>
            </w:r>
          </w:p>
        </w:tc>
        <w:tc>
          <w:tcPr>
            <w:tcW w:w="670" w:type="pct"/>
          </w:tcPr>
          <w:p w:rsidR="00F359EB" w:rsidRPr="00F359EB" w:rsidRDefault="00F359EB">
            <w:pPr>
              <w:spacing w:before="20" w:after="20"/>
              <w:jc w:val="center"/>
              <w:rPr>
                <w:sz w:val="19"/>
                <w:lang w:val="el-GR"/>
              </w:rPr>
            </w:pPr>
            <w:r w:rsidRPr="00F359EB">
              <w:rPr>
                <w:sz w:val="19"/>
                <w:lang w:val="el-GR"/>
              </w:rPr>
              <w:t>2990,80</w:t>
            </w:r>
          </w:p>
        </w:tc>
        <w:tc>
          <w:tcPr>
            <w:tcW w:w="454" w:type="pct"/>
          </w:tcPr>
          <w:p w:rsidR="00F359EB" w:rsidRPr="00F359EB" w:rsidRDefault="00F359EB">
            <w:pPr>
              <w:spacing w:before="20" w:after="20"/>
              <w:jc w:val="center"/>
              <w:rPr>
                <w:sz w:val="19"/>
                <w:lang w:val="el-GR"/>
              </w:rPr>
            </w:pPr>
            <w:r w:rsidRPr="00F359EB">
              <w:rPr>
                <w:sz w:val="19"/>
                <w:lang w:val="el-GR"/>
              </w:rPr>
              <w:t>Φ1</w:t>
            </w:r>
          </w:p>
        </w:tc>
        <w:tc>
          <w:tcPr>
            <w:tcW w:w="574" w:type="pct"/>
          </w:tcPr>
          <w:p w:rsidR="00F359EB" w:rsidRPr="00F359EB" w:rsidRDefault="00F359EB">
            <w:pPr>
              <w:spacing w:before="20" w:after="20"/>
              <w:jc w:val="center"/>
              <w:rPr>
                <w:sz w:val="19"/>
                <w:lang w:val="el-GR"/>
              </w:rPr>
            </w:pPr>
            <w:r w:rsidRPr="00F359EB">
              <w:rPr>
                <w:sz w:val="19"/>
                <w:lang w:val="el-GR"/>
              </w:rPr>
              <w:t>Γ2</w:t>
            </w:r>
          </w:p>
        </w:tc>
      </w:tr>
      <w:tr w:rsidR="00F359EB" w:rsidTr="00F359EB">
        <w:trPr>
          <w:cantSplit/>
        </w:trPr>
        <w:tc>
          <w:tcPr>
            <w:tcW w:w="287" w:type="pct"/>
          </w:tcPr>
          <w:p w:rsidR="00F359EB" w:rsidRPr="00F359EB" w:rsidRDefault="00F359EB">
            <w:pPr>
              <w:spacing w:before="20" w:after="20"/>
              <w:jc w:val="center"/>
              <w:rPr>
                <w:lang w:val="el-GR"/>
              </w:rPr>
            </w:pPr>
            <w:r>
              <w:rPr>
                <w:sz w:val="19"/>
                <w:lang w:val="el-GR"/>
              </w:rPr>
              <w:t>10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19273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F359EB" w:rsidRPr="006D507E" w:rsidRDefault="00F359EB">
            <w:pPr>
              <w:spacing w:before="20" w:after="20"/>
              <w:rPr>
                <w:lang w:val="el-GR"/>
              </w:rPr>
            </w:pPr>
            <w:r w:rsidRPr="006D507E">
              <w:rPr>
                <w:sz w:val="19"/>
                <w:lang w:val="el-GR"/>
              </w:rPr>
              <w:t>ΤΜΗΜΑ ΔΙΟΙΚΗΤΙΚΗΣ ΕΠΙΣΤΗΜΗΣ ΚΑΙ ΤΕΧΝΟΛΟΓΙΑΣ</w:t>
            </w:r>
          </w:p>
        </w:tc>
        <w:tc>
          <w:tcPr>
            <w:tcW w:w="55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7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3.095,46</w:t>
            </w:r>
          </w:p>
        </w:tc>
        <w:tc>
          <w:tcPr>
            <w:tcW w:w="45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Β8</w:t>
            </w:r>
          </w:p>
        </w:tc>
      </w:tr>
      <w:tr w:rsidR="00F359EB" w:rsidTr="00F359EB">
        <w:trPr>
          <w:cantSplit/>
        </w:trPr>
        <w:tc>
          <w:tcPr>
            <w:tcW w:w="287" w:type="pct"/>
          </w:tcPr>
          <w:p w:rsidR="00F359EB" w:rsidRPr="00F359EB" w:rsidRDefault="00F359EB">
            <w:pPr>
              <w:spacing w:before="20" w:after="20"/>
              <w:jc w:val="center"/>
              <w:rPr>
                <w:lang w:val="el-GR"/>
              </w:rPr>
            </w:pPr>
            <w:r>
              <w:rPr>
                <w:sz w:val="19"/>
              </w:rPr>
              <w:t>1</w:t>
            </w:r>
            <w:r>
              <w:rPr>
                <w:sz w:val="19"/>
                <w:lang w:val="el-GR"/>
              </w:rPr>
              <w:t>1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19299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F359EB" w:rsidRDefault="00F359EB">
            <w:pPr>
              <w:spacing w:before="20" w:after="20"/>
            </w:pPr>
            <w:r>
              <w:rPr>
                <w:sz w:val="19"/>
              </w:rPr>
              <w:t>ΤΜΗΜΑ ΛΟΓΙΣΤΙΚΗΣ ΚΑΙ ΧΡΗΜΑΤΟΟΙΚΟΝΟΜΙΚΗΣ</w:t>
            </w:r>
          </w:p>
        </w:tc>
        <w:tc>
          <w:tcPr>
            <w:tcW w:w="55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7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3.285,98</w:t>
            </w:r>
          </w:p>
        </w:tc>
        <w:tc>
          <w:tcPr>
            <w:tcW w:w="45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Β1</w:t>
            </w:r>
          </w:p>
        </w:tc>
      </w:tr>
      <w:tr w:rsidR="00F359EB" w:rsidTr="00F359EB">
        <w:trPr>
          <w:cantSplit/>
        </w:trPr>
        <w:tc>
          <w:tcPr>
            <w:tcW w:w="287" w:type="pct"/>
          </w:tcPr>
          <w:p w:rsidR="00F359EB" w:rsidRPr="00F359EB" w:rsidRDefault="00F359EB">
            <w:pPr>
              <w:spacing w:before="20" w:after="20"/>
              <w:jc w:val="center"/>
              <w:rPr>
                <w:lang w:val="el-GR"/>
              </w:rPr>
            </w:pPr>
            <w:r>
              <w:rPr>
                <w:sz w:val="19"/>
              </w:rPr>
              <w:t>1</w:t>
            </w:r>
            <w:r>
              <w:rPr>
                <w:sz w:val="19"/>
                <w:lang w:val="el-GR"/>
              </w:rPr>
              <w:t>2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19379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F359EB" w:rsidRDefault="00F359EB">
            <w:pPr>
              <w:spacing w:before="20" w:after="20"/>
            </w:pPr>
            <w:r>
              <w:rPr>
                <w:sz w:val="19"/>
              </w:rPr>
              <w:t>ΤΜΗΜΑ ΛΟΓΙΣΤΙΚΗΣ ΚΑΙ ΧΡΗΜΑΤΟΟΙΚΟΝΟΜΙΚΗΣ</w:t>
            </w:r>
          </w:p>
        </w:tc>
        <w:tc>
          <w:tcPr>
            <w:tcW w:w="55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7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4.164,75</w:t>
            </w:r>
          </w:p>
        </w:tc>
        <w:tc>
          <w:tcPr>
            <w:tcW w:w="45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Β4</w:t>
            </w:r>
          </w:p>
        </w:tc>
      </w:tr>
      <w:tr w:rsidR="00F359EB" w:rsidTr="00F359EB">
        <w:trPr>
          <w:cantSplit/>
        </w:trPr>
        <w:tc>
          <w:tcPr>
            <w:tcW w:w="287" w:type="pct"/>
          </w:tcPr>
          <w:p w:rsidR="00F359EB" w:rsidRPr="00F359EB" w:rsidRDefault="00F359EB">
            <w:pPr>
              <w:spacing w:before="20" w:after="20"/>
              <w:jc w:val="center"/>
              <w:rPr>
                <w:lang w:val="el-GR"/>
              </w:rPr>
            </w:pPr>
            <w:r>
              <w:rPr>
                <w:sz w:val="19"/>
              </w:rPr>
              <w:t>1</w:t>
            </w:r>
            <w:r>
              <w:rPr>
                <w:sz w:val="19"/>
                <w:lang w:val="el-GR"/>
              </w:rPr>
              <w:t>3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19463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F359EB" w:rsidRPr="006D507E" w:rsidRDefault="00F359EB">
            <w:pPr>
              <w:spacing w:before="20" w:after="20"/>
              <w:rPr>
                <w:lang w:val="el-GR"/>
              </w:rPr>
            </w:pPr>
            <w:r w:rsidRPr="006D507E">
              <w:rPr>
                <w:sz w:val="19"/>
                <w:lang w:val="el-GR"/>
              </w:rPr>
              <w:t>ΤΜΗΜΑ ΔΙΟΙΚΗΤΙΚΗΣ ΕΠΙΣΤΗΜΗΣ ΚΑΙ ΤΕΧΝΟΛΟΓΙΑΣ</w:t>
            </w:r>
          </w:p>
        </w:tc>
        <w:tc>
          <w:tcPr>
            <w:tcW w:w="55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7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4.275,89</w:t>
            </w:r>
          </w:p>
        </w:tc>
        <w:tc>
          <w:tcPr>
            <w:tcW w:w="45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Β22</w:t>
            </w:r>
          </w:p>
        </w:tc>
      </w:tr>
      <w:tr w:rsidR="00F359EB" w:rsidTr="00F359EB">
        <w:trPr>
          <w:cantSplit/>
        </w:trPr>
        <w:tc>
          <w:tcPr>
            <w:tcW w:w="287" w:type="pct"/>
          </w:tcPr>
          <w:p w:rsidR="00F359EB" w:rsidRPr="00F359EB" w:rsidRDefault="00F359EB">
            <w:pPr>
              <w:spacing w:before="20" w:after="20"/>
              <w:jc w:val="center"/>
              <w:rPr>
                <w:lang w:val="el-GR"/>
              </w:rPr>
            </w:pPr>
            <w:r>
              <w:rPr>
                <w:sz w:val="19"/>
              </w:rPr>
              <w:t>1</w:t>
            </w:r>
            <w:r>
              <w:rPr>
                <w:sz w:val="19"/>
                <w:lang w:val="el-GR"/>
              </w:rPr>
              <w:t>4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19492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F359EB" w:rsidRDefault="00F359EB">
            <w:pPr>
              <w:spacing w:before="20" w:after="20"/>
            </w:pPr>
            <w:r>
              <w:rPr>
                <w:sz w:val="19"/>
              </w:rPr>
              <w:t>ΤΜΗΜΑ ΠΛΗΡΟΦΟΡΙΚΗΣ</w:t>
            </w:r>
          </w:p>
        </w:tc>
        <w:tc>
          <w:tcPr>
            <w:tcW w:w="55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7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4.370,22</w:t>
            </w:r>
          </w:p>
        </w:tc>
        <w:tc>
          <w:tcPr>
            <w:tcW w:w="45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Β14</w:t>
            </w:r>
          </w:p>
        </w:tc>
      </w:tr>
      <w:tr w:rsidR="00F359EB" w:rsidTr="00F359EB">
        <w:trPr>
          <w:cantSplit/>
        </w:trPr>
        <w:tc>
          <w:tcPr>
            <w:tcW w:w="287" w:type="pct"/>
          </w:tcPr>
          <w:p w:rsidR="00F359EB" w:rsidRPr="00F359EB" w:rsidRDefault="00F359EB">
            <w:pPr>
              <w:spacing w:before="20" w:after="20"/>
              <w:jc w:val="center"/>
              <w:rPr>
                <w:lang w:val="el-GR"/>
              </w:rPr>
            </w:pPr>
            <w:r>
              <w:rPr>
                <w:sz w:val="19"/>
              </w:rPr>
              <w:t>1</w:t>
            </w:r>
            <w:r>
              <w:rPr>
                <w:sz w:val="19"/>
                <w:lang w:val="el-GR"/>
              </w:rPr>
              <w:t>5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19555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F359EB" w:rsidRPr="006D507E" w:rsidRDefault="00F359EB">
            <w:pPr>
              <w:spacing w:before="20" w:after="20"/>
              <w:rPr>
                <w:lang w:val="el-GR"/>
              </w:rPr>
            </w:pPr>
            <w:r w:rsidRPr="006D507E">
              <w:rPr>
                <w:sz w:val="19"/>
                <w:lang w:val="el-GR"/>
              </w:rPr>
              <w:t>ΤΜΗΜΑ ΔΙΟΙΚΗΤΙΚΗΣ ΕΠΙΣΤΗΜΗΣ ΚΑΙ ΤΕΧΝΟΛΟΓΙΑΣ</w:t>
            </w:r>
          </w:p>
        </w:tc>
        <w:tc>
          <w:tcPr>
            <w:tcW w:w="55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7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4.446,71</w:t>
            </w:r>
          </w:p>
        </w:tc>
        <w:tc>
          <w:tcPr>
            <w:tcW w:w="45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Β25</w:t>
            </w:r>
          </w:p>
        </w:tc>
      </w:tr>
      <w:tr w:rsidR="00F359EB" w:rsidTr="00F359EB">
        <w:trPr>
          <w:cantSplit/>
        </w:trPr>
        <w:tc>
          <w:tcPr>
            <w:tcW w:w="287" w:type="pct"/>
          </w:tcPr>
          <w:p w:rsidR="00F359EB" w:rsidRPr="00F359EB" w:rsidRDefault="00F359EB">
            <w:pPr>
              <w:spacing w:before="20" w:after="20"/>
              <w:jc w:val="center"/>
              <w:rPr>
                <w:lang w:val="el-GR"/>
              </w:rPr>
            </w:pPr>
            <w:r>
              <w:rPr>
                <w:sz w:val="19"/>
              </w:rPr>
              <w:t>1</w:t>
            </w:r>
            <w:r>
              <w:rPr>
                <w:sz w:val="19"/>
                <w:lang w:val="el-GR"/>
              </w:rPr>
              <w:t>6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19366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F359EB" w:rsidRDefault="00F359EB">
            <w:pPr>
              <w:spacing w:before="20" w:after="20"/>
            </w:pPr>
            <w:r>
              <w:rPr>
                <w:sz w:val="19"/>
              </w:rPr>
              <w:t>ΤΜΗΜΑ ΠΛΗΡΟΦΟΡΙΚΗΣ</w:t>
            </w:r>
          </w:p>
        </w:tc>
        <w:tc>
          <w:tcPr>
            <w:tcW w:w="55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7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4.543,93</w:t>
            </w:r>
          </w:p>
        </w:tc>
        <w:tc>
          <w:tcPr>
            <w:tcW w:w="45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Β1</w:t>
            </w:r>
          </w:p>
        </w:tc>
      </w:tr>
      <w:tr w:rsidR="00F359EB" w:rsidTr="00F359EB">
        <w:trPr>
          <w:cantSplit/>
        </w:trPr>
        <w:tc>
          <w:tcPr>
            <w:tcW w:w="287" w:type="pct"/>
          </w:tcPr>
          <w:p w:rsidR="00F359EB" w:rsidRPr="00F359EB" w:rsidRDefault="00F359EB">
            <w:pPr>
              <w:spacing w:before="20" w:after="20"/>
              <w:jc w:val="center"/>
              <w:rPr>
                <w:lang w:val="el-GR"/>
              </w:rPr>
            </w:pPr>
            <w:r>
              <w:rPr>
                <w:sz w:val="19"/>
              </w:rPr>
              <w:t>1</w:t>
            </w:r>
            <w:r>
              <w:rPr>
                <w:sz w:val="19"/>
                <w:lang w:val="el-GR"/>
              </w:rPr>
              <w:t>7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19454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F359EB" w:rsidRDefault="00F359EB">
            <w:pPr>
              <w:spacing w:before="20" w:after="20"/>
            </w:pPr>
            <w:r>
              <w:rPr>
                <w:sz w:val="19"/>
              </w:rPr>
              <w:t>ΤΜΗΜΑ ΠΛΗΡΟΦΟΡΙΚΗΣ</w:t>
            </w:r>
          </w:p>
        </w:tc>
        <w:tc>
          <w:tcPr>
            <w:tcW w:w="55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7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4.709,97</w:t>
            </w:r>
          </w:p>
        </w:tc>
        <w:tc>
          <w:tcPr>
            <w:tcW w:w="45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Β13</w:t>
            </w:r>
          </w:p>
        </w:tc>
      </w:tr>
      <w:tr w:rsidR="00F359EB" w:rsidTr="00F359EB">
        <w:trPr>
          <w:cantSplit/>
        </w:trPr>
        <w:tc>
          <w:tcPr>
            <w:tcW w:w="287" w:type="pct"/>
          </w:tcPr>
          <w:p w:rsidR="00F359EB" w:rsidRPr="00F359EB" w:rsidRDefault="00F359EB">
            <w:pPr>
              <w:spacing w:before="20" w:after="20"/>
              <w:jc w:val="center"/>
              <w:rPr>
                <w:lang w:val="el-GR"/>
              </w:rPr>
            </w:pPr>
            <w:r>
              <w:rPr>
                <w:sz w:val="19"/>
              </w:rPr>
              <w:t>1</w:t>
            </w:r>
            <w:r>
              <w:rPr>
                <w:sz w:val="19"/>
                <w:lang w:val="el-GR"/>
              </w:rPr>
              <w:t>8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19368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F359EB" w:rsidRDefault="00F359EB">
            <w:pPr>
              <w:spacing w:before="20" w:after="20"/>
            </w:pPr>
            <w:r>
              <w:rPr>
                <w:sz w:val="19"/>
              </w:rPr>
              <w:t>ΤΜΗΜΑ ΠΛΗΡΟΦΟΡΙΚΗΣ</w:t>
            </w:r>
          </w:p>
        </w:tc>
        <w:tc>
          <w:tcPr>
            <w:tcW w:w="55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7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4.710,32</w:t>
            </w:r>
          </w:p>
        </w:tc>
        <w:tc>
          <w:tcPr>
            <w:tcW w:w="45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Β8</w:t>
            </w:r>
          </w:p>
        </w:tc>
      </w:tr>
      <w:tr w:rsidR="00F359EB" w:rsidTr="00F359EB">
        <w:trPr>
          <w:cantSplit/>
        </w:trPr>
        <w:tc>
          <w:tcPr>
            <w:tcW w:w="287" w:type="pct"/>
          </w:tcPr>
          <w:p w:rsidR="00F359EB" w:rsidRPr="00F359EB" w:rsidRDefault="00F359EB">
            <w:pPr>
              <w:spacing w:before="20" w:after="20"/>
              <w:jc w:val="center"/>
              <w:rPr>
                <w:lang w:val="el-GR"/>
              </w:rPr>
            </w:pPr>
            <w:r>
              <w:rPr>
                <w:sz w:val="19"/>
              </w:rPr>
              <w:t>1</w:t>
            </w:r>
            <w:r>
              <w:rPr>
                <w:sz w:val="19"/>
                <w:lang w:val="el-GR"/>
              </w:rPr>
              <w:t>9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19552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F359EB" w:rsidRDefault="00F359EB">
            <w:pPr>
              <w:spacing w:before="20" w:after="20"/>
            </w:pPr>
            <w:r>
              <w:rPr>
                <w:sz w:val="19"/>
              </w:rPr>
              <w:t>ΤΜΗΜΑ ΧΗΜΕΙΑΣ</w:t>
            </w:r>
          </w:p>
        </w:tc>
        <w:tc>
          <w:tcPr>
            <w:tcW w:w="55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7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6.428,06</w:t>
            </w:r>
          </w:p>
        </w:tc>
        <w:tc>
          <w:tcPr>
            <w:tcW w:w="45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Β25</w:t>
            </w:r>
          </w:p>
        </w:tc>
      </w:tr>
      <w:tr w:rsidR="00F359EB" w:rsidTr="00F359EB">
        <w:trPr>
          <w:cantSplit/>
        </w:trPr>
        <w:tc>
          <w:tcPr>
            <w:tcW w:w="287" w:type="pct"/>
          </w:tcPr>
          <w:p w:rsidR="00F359EB" w:rsidRPr="00F359EB" w:rsidRDefault="00F359EB">
            <w:pPr>
              <w:spacing w:before="20" w:after="20"/>
              <w:jc w:val="center"/>
              <w:rPr>
                <w:lang w:val="el-GR"/>
              </w:rPr>
            </w:pPr>
            <w:r>
              <w:rPr>
                <w:sz w:val="19"/>
                <w:lang w:val="el-GR"/>
              </w:rPr>
              <w:t>20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19302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F359EB" w:rsidRDefault="00F359EB">
            <w:pPr>
              <w:spacing w:before="20" w:after="20"/>
            </w:pPr>
            <w:r>
              <w:rPr>
                <w:sz w:val="19"/>
              </w:rPr>
              <w:t>ΤΜΗΜΑ ΠΛΗΡΟΦΟΡΙΚΗΣ</w:t>
            </w:r>
          </w:p>
        </w:tc>
        <w:tc>
          <w:tcPr>
            <w:tcW w:w="55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7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6.522,56</w:t>
            </w:r>
          </w:p>
        </w:tc>
        <w:tc>
          <w:tcPr>
            <w:tcW w:w="45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Α20</w:t>
            </w:r>
          </w:p>
        </w:tc>
      </w:tr>
      <w:tr w:rsidR="00F359EB" w:rsidTr="00F359EB">
        <w:trPr>
          <w:cantSplit/>
        </w:trPr>
        <w:tc>
          <w:tcPr>
            <w:tcW w:w="287" w:type="pct"/>
          </w:tcPr>
          <w:p w:rsidR="00F359EB" w:rsidRPr="00F359EB" w:rsidRDefault="00F359EB">
            <w:pPr>
              <w:spacing w:before="20" w:after="20"/>
              <w:jc w:val="center"/>
              <w:rPr>
                <w:lang w:val="el-GR"/>
              </w:rPr>
            </w:pPr>
            <w:r>
              <w:rPr>
                <w:sz w:val="19"/>
              </w:rPr>
              <w:t>2</w:t>
            </w:r>
            <w:r>
              <w:rPr>
                <w:sz w:val="19"/>
                <w:lang w:val="el-GR"/>
              </w:rPr>
              <w:t>1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19497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F359EB" w:rsidRDefault="00F359EB">
            <w:pPr>
              <w:spacing w:before="20" w:after="20"/>
            </w:pPr>
            <w:r>
              <w:rPr>
                <w:sz w:val="19"/>
              </w:rPr>
              <w:t>ΤΜΗΜΑ ΧΗΜΕΙΑΣ</w:t>
            </w:r>
          </w:p>
        </w:tc>
        <w:tc>
          <w:tcPr>
            <w:tcW w:w="55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7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7.016,09</w:t>
            </w:r>
          </w:p>
        </w:tc>
        <w:tc>
          <w:tcPr>
            <w:tcW w:w="45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Β23</w:t>
            </w:r>
          </w:p>
        </w:tc>
      </w:tr>
      <w:tr w:rsidR="00F359EB" w:rsidTr="00F359EB">
        <w:trPr>
          <w:cantSplit/>
        </w:trPr>
        <w:tc>
          <w:tcPr>
            <w:tcW w:w="287" w:type="pct"/>
          </w:tcPr>
          <w:p w:rsidR="00F359EB" w:rsidRPr="00F359EB" w:rsidRDefault="00F359EB">
            <w:pPr>
              <w:spacing w:before="20" w:after="20"/>
              <w:jc w:val="center"/>
              <w:rPr>
                <w:lang w:val="el-GR"/>
              </w:rPr>
            </w:pPr>
            <w:r>
              <w:rPr>
                <w:sz w:val="19"/>
              </w:rPr>
              <w:t>2</w:t>
            </w:r>
            <w:r>
              <w:rPr>
                <w:sz w:val="19"/>
                <w:lang w:val="el-GR"/>
              </w:rPr>
              <w:t>2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19516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F359EB" w:rsidRDefault="00F359EB">
            <w:pPr>
              <w:spacing w:before="20" w:after="20"/>
            </w:pPr>
            <w:r>
              <w:rPr>
                <w:sz w:val="19"/>
              </w:rPr>
              <w:t>ΤΜΗΜΑ ΛΟΓΙΣΤΙΚΗΣ ΚΑΙ ΧΡΗΜΑΤΟΟΙΚΟΝΟΜΙΚΗΣ</w:t>
            </w:r>
          </w:p>
        </w:tc>
        <w:tc>
          <w:tcPr>
            <w:tcW w:w="55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7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7.318,38</w:t>
            </w:r>
          </w:p>
        </w:tc>
        <w:tc>
          <w:tcPr>
            <w:tcW w:w="45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Β26</w:t>
            </w:r>
          </w:p>
        </w:tc>
      </w:tr>
      <w:tr w:rsidR="00F359EB" w:rsidTr="00F359EB">
        <w:trPr>
          <w:cantSplit/>
        </w:trPr>
        <w:tc>
          <w:tcPr>
            <w:tcW w:w="287" w:type="pct"/>
          </w:tcPr>
          <w:p w:rsidR="00F359EB" w:rsidRPr="00F359EB" w:rsidRDefault="00F359EB">
            <w:pPr>
              <w:spacing w:before="20" w:after="20"/>
              <w:jc w:val="center"/>
              <w:rPr>
                <w:lang w:val="el-GR"/>
              </w:rPr>
            </w:pPr>
            <w:r>
              <w:rPr>
                <w:sz w:val="19"/>
              </w:rPr>
              <w:t>2</w:t>
            </w:r>
            <w:r>
              <w:rPr>
                <w:sz w:val="19"/>
                <w:lang w:val="el-GR"/>
              </w:rPr>
              <w:t>3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19351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F359EB" w:rsidRDefault="00F359EB">
            <w:pPr>
              <w:spacing w:before="20" w:after="20"/>
            </w:pPr>
            <w:r>
              <w:rPr>
                <w:sz w:val="19"/>
              </w:rPr>
              <w:t>ΤΜΗΜΑ ΠΛΗΡΟΦΟΡΙΚΗΣ</w:t>
            </w:r>
          </w:p>
        </w:tc>
        <w:tc>
          <w:tcPr>
            <w:tcW w:w="55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7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7.665,41</w:t>
            </w:r>
          </w:p>
        </w:tc>
        <w:tc>
          <w:tcPr>
            <w:tcW w:w="45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Β14</w:t>
            </w:r>
          </w:p>
        </w:tc>
      </w:tr>
      <w:tr w:rsidR="00F359EB" w:rsidTr="00F359EB">
        <w:trPr>
          <w:cantSplit/>
        </w:trPr>
        <w:tc>
          <w:tcPr>
            <w:tcW w:w="287" w:type="pct"/>
          </w:tcPr>
          <w:p w:rsidR="00F359EB" w:rsidRPr="00F359EB" w:rsidRDefault="00F359EB">
            <w:pPr>
              <w:spacing w:before="20" w:after="20"/>
              <w:jc w:val="center"/>
              <w:rPr>
                <w:lang w:val="el-GR"/>
              </w:rPr>
            </w:pPr>
            <w:r>
              <w:rPr>
                <w:sz w:val="19"/>
              </w:rPr>
              <w:t>2</w:t>
            </w:r>
            <w:r>
              <w:rPr>
                <w:sz w:val="19"/>
                <w:lang w:val="el-GR"/>
              </w:rPr>
              <w:t>4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19260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F359EB" w:rsidRDefault="00F359EB">
            <w:pPr>
              <w:spacing w:before="20" w:after="20"/>
            </w:pPr>
            <w:r>
              <w:rPr>
                <w:sz w:val="19"/>
              </w:rPr>
              <w:t>ΤΜΗΜΑ ΠΛΗΡΟΦΟΡΙΚΗΣ</w:t>
            </w:r>
          </w:p>
        </w:tc>
        <w:tc>
          <w:tcPr>
            <w:tcW w:w="55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7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8.657,18</w:t>
            </w:r>
          </w:p>
        </w:tc>
        <w:tc>
          <w:tcPr>
            <w:tcW w:w="45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Α8</w:t>
            </w:r>
          </w:p>
        </w:tc>
      </w:tr>
      <w:tr w:rsidR="00F359EB" w:rsidTr="00F359EB">
        <w:trPr>
          <w:cantSplit/>
        </w:trPr>
        <w:tc>
          <w:tcPr>
            <w:tcW w:w="287" w:type="pct"/>
          </w:tcPr>
          <w:p w:rsidR="00F359EB" w:rsidRPr="00F359EB" w:rsidRDefault="00F359EB">
            <w:pPr>
              <w:spacing w:before="20" w:after="20"/>
              <w:jc w:val="center"/>
              <w:rPr>
                <w:lang w:val="el-GR"/>
              </w:rPr>
            </w:pPr>
            <w:r>
              <w:rPr>
                <w:sz w:val="19"/>
              </w:rPr>
              <w:t>2</w:t>
            </w:r>
            <w:r>
              <w:rPr>
                <w:sz w:val="19"/>
                <w:lang w:val="el-GR"/>
              </w:rPr>
              <w:t>5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19277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F359EB" w:rsidRDefault="00F359EB">
            <w:pPr>
              <w:spacing w:before="20" w:after="20"/>
            </w:pPr>
            <w:r>
              <w:rPr>
                <w:sz w:val="19"/>
              </w:rPr>
              <w:t>ΤΜΗΜΑ ΠΛΗΡΟΦΟΡΙΚΗΣ</w:t>
            </w:r>
          </w:p>
        </w:tc>
        <w:tc>
          <w:tcPr>
            <w:tcW w:w="55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7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10.860,16</w:t>
            </w:r>
          </w:p>
        </w:tc>
        <w:tc>
          <w:tcPr>
            <w:tcW w:w="45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Α8</w:t>
            </w:r>
          </w:p>
        </w:tc>
      </w:tr>
      <w:tr w:rsidR="00F359EB" w:rsidTr="00F359EB">
        <w:trPr>
          <w:cantSplit/>
        </w:trPr>
        <w:tc>
          <w:tcPr>
            <w:tcW w:w="287" w:type="pct"/>
          </w:tcPr>
          <w:p w:rsidR="00F359EB" w:rsidRPr="00F359EB" w:rsidRDefault="00F359EB">
            <w:pPr>
              <w:spacing w:before="20" w:after="20"/>
              <w:jc w:val="center"/>
              <w:rPr>
                <w:lang w:val="el-GR"/>
              </w:rPr>
            </w:pPr>
            <w:r>
              <w:rPr>
                <w:sz w:val="19"/>
              </w:rPr>
              <w:t>2</w:t>
            </w:r>
            <w:r>
              <w:rPr>
                <w:sz w:val="19"/>
                <w:lang w:val="el-GR"/>
              </w:rPr>
              <w:t>6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19527</w:t>
            </w:r>
          </w:p>
        </w:tc>
        <w:tc>
          <w:tcPr>
            <w:tcW w:w="479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F359EB" w:rsidRDefault="00F359EB">
            <w:pPr>
              <w:spacing w:before="20" w:after="20"/>
            </w:pPr>
            <w:r>
              <w:rPr>
                <w:sz w:val="19"/>
              </w:rPr>
              <w:t>ΤΜΗΜΑ ΠΛΗΡΟΦΟΡΙΚΗΣ</w:t>
            </w:r>
          </w:p>
        </w:tc>
        <w:tc>
          <w:tcPr>
            <w:tcW w:w="55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70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17.172,77</w:t>
            </w:r>
          </w:p>
        </w:tc>
        <w:tc>
          <w:tcPr>
            <w:tcW w:w="45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F359EB" w:rsidRDefault="00F359EB">
            <w:pPr>
              <w:spacing w:before="20" w:after="20"/>
              <w:jc w:val="center"/>
            </w:pPr>
            <w:r>
              <w:rPr>
                <w:sz w:val="19"/>
              </w:rPr>
              <w:t>Β22</w:t>
            </w:r>
          </w:p>
        </w:tc>
      </w:tr>
    </w:tbl>
    <w:p w:rsidR="00CD226A" w:rsidRDefault="00FF7E91">
      <w:pPr>
        <w:keepNext/>
        <w:spacing w:after="40"/>
      </w:pPr>
      <w:proofErr w:type="spellStart"/>
      <w:r>
        <w:rPr>
          <w:b/>
          <w:sz w:val="24"/>
        </w:rPr>
        <w:lastRenderedPageBreak/>
        <w:t>Πίν</w:t>
      </w:r>
      <w:proofErr w:type="spellEnd"/>
      <w:r>
        <w:rPr>
          <w:b/>
          <w:sz w:val="24"/>
        </w:rPr>
        <w:t>ακας 2</w:t>
      </w:r>
    </w:p>
    <w:p w:rsidR="00CD226A" w:rsidRPr="006D507E" w:rsidRDefault="00FF7E91">
      <w:pPr>
        <w:keepNext/>
        <w:spacing w:after="80"/>
        <w:rPr>
          <w:lang w:val="el-GR"/>
        </w:rPr>
      </w:pPr>
      <w:r w:rsidRPr="006D507E">
        <w:rPr>
          <w:b/>
          <w:sz w:val="22"/>
          <w:lang w:val="el-GR"/>
        </w:rPr>
        <w:t>ΔΙΚΑΙΟΥΧΟΙ ΣΤΕΓΑΣΗΣ: ΠΡΟΠΤΥΧΙΑΚΟΙ ΦΟΙΤΗΤΕΣ ΑΠΟ Β΄ ΕΤΟΣ ΣΠΟΥΔΩΝ ΚΑΙ ΑΝΩ (ΑΚ ΕΤΟΣ 2026-2027)_ΜΕ ΣΕΙΡΑ ΚΑΤΑΤΑΞΗΣ</w:t>
      </w:r>
    </w:p>
    <w:p w:rsidR="00CD226A" w:rsidRDefault="00FF7E91">
      <w:pPr>
        <w:keepNext/>
        <w:spacing w:after="80"/>
      </w:pPr>
      <w:proofErr w:type="spellStart"/>
      <w:r>
        <w:rPr>
          <w:i/>
        </w:rPr>
        <w:t>Σύνολο</w:t>
      </w:r>
      <w:proofErr w:type="spellEnd"/>
      <w:r>
        <w:rPr>
          <w:i/>
        </w:rPr>
        <w:t xml:space="preserve"> κατατα</w:t>
      </w:r>
      <w:proofErr w:type="spellStart"/>
      <w:r>
        <w:rPr>
          <w:i/>
        </w:rPr>
        <w:t>γμένων</w:t>
      </w:r>
      <w:proofErr w:type="spellEnd"/>
      <w:r>
        <w:rPr>
          <w:i/>
        </w:rPr>
        <w:t xml:space="preserve"> α</w:t>
      </w:r>
      <w:proofErr w:type="spellStart"/>
      <w:r>
        <w:rPr>
          <w:i/>
        </w:rPr>
        <w:t>ιτήσεων</w:t>
      </w:r>
      <w:proofErr w:type="spellEnd"/>
      <w:r>
        <w:rPr>
          <w:i/>
        </w:rPr>
        <w:t>: 17</w:t>
      </w:r>
    </w:p>
    <w:tbl>
      <w:tblPr>
        <w:tblStyle w:val="afa"/>
        <w:tblW w:w="5000" w:type="pct"/>
        <w:tblLook w:val="04A0" w:firstRow="1" w:lastRow="0" w:firstColumn="1" w:lastColumn="0" w:noHBand="0" w:noVBand="1"/>
      </w:tblPr>
      <w:tblGrid>
        <w:gridCol w:w="563"/>
        <w:gridCol w:w="941"/>
        <w:gridCol w:w="941"/>
        <w:gridCol w:w="2968"/>
        <w:gridCol w:w="1081"/>
        <w:gridCol w:w="1342"/>
        <w:gridCol w:w="892"/>
        <w:gridCol w:w="1128"/>
      </w:tblGrid>
      <w:tr w:rsidR="006D507E" w:rsidTr="00F359EB">
        <w:trPr>
          <w:tblHeader/>
        </w:trPr>
        <w:tc>
          <w:tcPr>
            <w:tcW w:w="287" w:type="pct"/>
            <w:shd w:val="clear" w:color="auto" w:fill="D9D9D9"/>
          </w:tcPr>
          <w:p w:rsidR="006D507E" w:rsidRDefault="006D507E">
            <w:pPr>
              <w:spacing w:before="20" w:after="20"/>
              <w:jc w:val="center"/>
            </w:pPr>
            <w:r>
              <w:rPr>
                <w:b/>
                <w:sz w:val="19"/>
              </w:rPr>
              <w:t>Α/Α</w:t>
            </w:r>
          </w:p>
        </w:tc>
        <w:tc>
          <w:tcPr>
            <w:tcW w:w="479" w:type="pct"/>
            <w:shd w:val="clear" w:color="auto" w:fill="D9D9D9"/>
          </w:tcPr>
          <w:p w:rsidR="006D507E" w:rsidRDefault="006D507E">
            <w:pPr>
              <w:spacing w:before="20" w:after="20"/>
              <w:jc w:val="center"/>
            </w:pPr>
            <w:r>
              <w:rPr>
                <w:b/>
                <w:sz w:val="19"/>
              </w:rPr>
              <w:t>ΚΩΔΙΚΟΣ ΑΙΤΗΣΗΣ</w:t>
            </w:r>
          </w:p>
        </w:tc>
        <w:tc>
          <w:tcPr>
            <w:tcW w:w="479" w:type="pct"/>
            <w:shd w:val="clear" w:color="auto" w:fill="D9D9D9"/>
          </w:tcPr>
          <w:p w:rsidR="006D507E" w:rsidRDefault="006D507E">
            <w:pPr>
              <w:spacing w:before="20" w:after="20"/>
              <w:jc w:val="center"/>
            </w:pPr>
            <w:r>
              <w:rPr>
                <w:b/>
                <w:sz w:val="19"/>
              </w:rPr>
              <w:t>ΠΟΛΗ</w:t>
            </w:r>
          </w:p>
        </w:tc>
        <w:tc>
          <w:tcPr>
            <w:tcW w:w="1507" w:type="pct"/>
            <w:shd w:val="clear" w:color="auto" w:fill="D9D9D9"/>
          </w:tcPr>
          <w:p w:rsidR="006D507E" w:rsidRDefault="006D507E">
            <w:pPr>
              <w:spacing w:before="20" w:after="20"/>
              <w:jc w:val="center"/>
            </w:pPr>
            <w:r>
              <w:rPr>
                <w:b/>
                <w:sz w:val="19"/>
              </w:rPr>
              <w:t>ΤΜΗΜΑ</w:t>
            </w:r>
          </w:p>
        </w:tc>
        <w:tc>
          <w:tcPr>
            <w:tcW w:w="550" w:type="pct"/>
            <w:shd w:val="clear" w:color="auto" w:fill="D9D9D9"/>
          </w:tcPr>
          <w:p w:rsidR="006D507E" w:rsidRDefault="006D507E">
            <w:pPr>
              <w:spacing w:before="20" w:after="20"/>
              <w:jc w:val="center"/>
            </w:pPr>
            <w:r>
              <w:rPr>
                <w:b/>
                <w:sz w:val="19"/>
              </w:rPr>
              <w:t>ΕΞΑΜΗΝΟ</w:t>
            </w:r>
          </w:p>
        </w:tc>
        <w:tc>
          <w:tcPr>
            <w:tcW w:w="670" w:type="pct"/>
            <w:shd w:val="clear" w:color="auto" w:fill="D9D9D9"/>
          </w:tcPr>
          <w:p w:rsidR="006D507E" w:rsidRDefault="006D507E">
            <w:pPr>
              <w:spacing w:before="20" w:after="20"/>
              <w:jc w:val="center"/>
            </w:pPr>
            <w:r>
              <w:rPr>
                <w:b/>
                <w:sz w:val="19"/>
              </w:rPr>
              <w:t>ΤΕΛΙΚΟ ΠΟΣΟ ΑΞΙΟΛΟΓΗΣΗΣ</w:t>
            </w:r>
          </w:p>
        </w:tc>
        <w:tc>
          <w:tcPr>
            <w:tcW w:w="454" w:type="pct"/>
            <w:shd w:val="clear" w:color="auto" w:fill="D9D9D9"/>
          </w:tcPr>
          <w:p w:rsidR="006D507E" w:rsidRDefault="006D507E">
            <w:pPr>
              <w:spacing w:before="20" w:after="20"/>
              <w:jc w:val="center"/>
            </w:pPr>
            <w:r>
              <w:rPr>
                <w:b/>
                <w:sz w:val="19"/>
              </w:rPr>
              <w:t>ΚΤΗΡΙΟ</w:t>
            </w:r>
          </w:p>
        </w:tc>
        <w:tc>
          <w:tcPr>
            <w:tcW w:w="574" w:type="pct"/>
            <w:shd w:val="clear" w:color="auto" w:fill="D9D9D9"/>
          </w:tcPr>
          <w:p w:rsidR="006D507E" w:rsidRDefault="006D507E">
            <w:pPr>
              <w:spacing w:before="20" w:after="20"/>
              <w:jc w:val="center"/>
            </w:pPr>
            <w:r>
              <w:rPr>
                <w:b/>
                <w:sz w:val="19"/>
              </w:rPr>
              <w:t>ΔΩΜΑΤΙΟ</w:t>
            </w:r>
          </w:p>
        </w:tc>
      </w:tr>
      <w:tr w:rsidR="006D507E" w:rsidTr="00F359EB">
        <w:trPr>
          <w:cantSplit/>
        </w:trPr>
        <w:tc>
          <w:tcPr>
            <w:tcW w:w="287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19370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ΤΜΗΜΑ ΠΛΗΡΟΦΟΡΙΚΗΣ</w:t>
            </w:r>
          </w:p>
        </w:tc>
        <w:tc>
          <w:tcPr>
            <w:tcW w:w="55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11</w:t>
            </w:r>
          </w:p>
        </w:tc>
        <w:tc>
          <w:tcPr>
            <w:tcW w:w="67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0,00</w:t>
            </w:r>
          </w:p>
        </w:tc>
        <w:tc>
          <w:tcPr>
            <w:tcW w:w="45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Β8</w:t>
            </w:r>
          </w:p>
        </w:tc>
      </w:tr>
      <w:tr w:rsidR="006D507E" w:rsidTr="00F359EB">
        <w:trPr>
          <w:cantSplit/>
        </w:trPr>
        <w:tc>
          <w:tcPr>
            <w:tcW w:w="287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2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19500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ΤΜΗΜΑ ΠΛΗΡΟΦΟΡΙΚΗΣ</w:t>
            </w:r>
          </w:p>
        </w:tc>
        <w:tc>
          <w:tcPr>
            <w:tcW w:w="55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7</w:t>
            </w:r>
          </w:p>
        </w:tc>
        <w:tc>
          <w:tcPr>
            <w:tcW w:w="67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3.105,59</w:t>
            </w:r>
          </w:p>
        </w:tc>
        <w:tc>
          <w:tcPr>
            <w:tcW w:w="45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Φ2</w:t>
            </w:r>
          </w:p>
        </w:tc>
        <w:tc>
          <w:tcPr>
            <w:tcW w:w="57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Γ16</w:t>
            </w:r>
          </w:p>
        </w:tc>
      </w:tr>
      <w:tr w:rsidR="006D507E" w:rsidTr="00F359EB">
        <w:trPr>
          <w:cantSplit/>
        </w:trPr>
        <w:tc>
          <w:tcPr>
            <w:tcW w:w="287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19417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ΤΜΗΜΑ ΠΛΗΡΟΦΟΡΙΚΗΣ</w:t>
            </w:r>
          </w:p>
        </w:tc>
        <w:tc>
          <w:tcPr>
            <w:tcW w:w="55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67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4.067,20</w:t>
            </w:r>
          </w:p>
        </w:tc>
        <w:tc>
          <w:tcPr>
            <w:tcW w:w="45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Φ2</w:t>
            </w:r>
          </w:p>
        </w:tc>
        <w:tc>
          <w:tcPr>
            <w:tcW w:w="57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Γ18</w:t>
            </w:r>
          </w:p>
        </w:tc>
      </w:tr>
      <w:tr w:rsidR="006D507E" w:rsidTr="00F359EB">
        <w:trPr>
          <w:cantSplit/>
        </w:trPr>
        <w:tc>
          <w:tcPr>
            <w:tcW w:w="287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19285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ΤΜΗΜΑ ΛΟΓΙΣΤΙΚΗΣ ΚΑΙ ΧΡΗΜΑΤΟΟΙΚΟΝΟΜΙΚΗΣ</w:t>
            </w:r>
          </w:p>
        </w:tc>
        <w:tc>
          <w:tcPr>
            <w:tcW w:w="55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67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4.619,06</w:t>
            </w:r>
          </w:p>
        </w:tc>
        <w:tc>
          <w:tcPr>
            <w:tcW w:w="45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Α13</w:t>
            </w:r>
          </w:p>
        </w:tc>
      </w:tr>
      <w:tr w:rsidR="006D507E" w:rsidTr="00F359EB">
        <w:trPr>
          <w:cantSplit/>
        </w:trPr>
        <w:tc>
          <w:tcPr>
            <w:tcW w:w="287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19589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ΤΜΗΜΑ ΛΟΓΙΣΤΙΚΗΣ ΚΑΙ ΧΡΗΜΑΤΟΟΙΚΟΝΟΜΙΚΗΣ</w:t>
            </w:r>
          </w:p>
        </w:tc>
        <w:tc>
          <w:tcPr>
            <w:tcW w:w="55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67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5.100,55</w:t>
            </w:r>
          </w:p>
        </w:tc>
        <w:tc>
          <w:tcPr>
            <w:tcW w:w="45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Β28</w:t>
            </w:r>
          </w:p>
        </w:tc>
      </w:tr>
      <w:tr w:rsidR="006D507E" w:rsidTr="00F359EB">
        <w:trPr>
          <w:cantSplit/>
        </w:trPr>
        <w:tc>
          <w:tcPr>
            <w:tcW w:w="287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6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19292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ΤΜΗΜΑ ΧΗΜΕΙΑΣ</w:t>
            </w:r>
          </w:p>
        </w:tc>
        <w:tc>
          <w:tcPr>
            <w:tcW w:w="55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7</w:t>
            </w:r>
          </w:p>
        </w:tc>
        <w:tc>
          <w:tcPr>
            <w:tcW w:w="67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6.458,14</w:t>
            </w:r>
          </w:p>
        </w:tc>
        <w:tc>
          <w:tcPr>
            <w:tcW w:w="45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Α2</w:t>
            </w:r>
          </w:p>
        </w:tc>
      </w:tr>
      <w:tr w:rsidR="006D507E" w:rsidTr="00F359EB">
        <w:trPr>
          <w:cantSplit/>
        </w:trPr>
        <w:tc>
          <w:tcPr>
            <w:tcW w:w="287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7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19385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ΤΜΗΜΑ ΠΛΗΡΟΦΟΡΙΚΗΣ</w:t>
            </w:r>
          </w:p>
        </w:tc>
        <w:tc>
          <w:tcPr>
            <w:tcW w:w="55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67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7.074,48</w:t>
            </w:r>
          </w:p>
        </w:tc>
        <w:tc>
          <w:tcPr>
            <w:tcW w:w="45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Φ2</w:t>
            </w:r>
          </w:p>
        </w:tc>
        <w:tc>
          <w:tcPr>
            <w:tcW w:w="57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Α12</w:t>
            </w:r>
          </w:p>
        </w:tc>
      </w:tr>
      <w:tr w:rsidR="006D507E" w:rsidTr="00F359EB">
        <w:trPr>
          <w:cantSplit/>
        </w:trPr>
        <w:tc>
          <w:tcPr>
            <w:tcW w:w="287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8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19358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ΤΜΗΜΑ ΦΥΣΙΚΗΣ</w:t>
            </w:r>
          </w:p>
        </w:tc>
        <w:tc>
          <w:tcPr>
            <w:tcW w:w="55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67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7.206,16</w:t>
            </w:r>
          </w:p>
        </w:tc>
        <w:tc>
          <w:tcPr>
            <w:tcW w:w="45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Φ2</w:t>
            </w:r>
          </w:p>
        </w:tc>
        <w:tc>
          <w:tcPr>
            <w:tcW w:w="57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Γ17</w:t>
            </w:r>
          </w:p>
        </w:tc>
      </w:tr>
      <w:tr w:rsidR="006D507E" w:rsidTr="00F359EB">
        <w:trPr>
          <w:cantSplit/>
        </w:trPr>
        <w:tc>
          <w:tcPr>
            <w:tcW w:w="287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9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19349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ΤΜΗΜΑ ΠΛΗΡΟΦΟΡΙΚΗΣ</w:t>
            </w:r>
          </w:p>
        </w:tc>
        <w:tc>
          <w:tcPr>
            <w:tcW w:w="55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67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7.831,77</w:t>
            </w:r>
          </w:p>
        </w:tc>
        <w:tc>
          <w:tcPr>
            <w:tcW w:w="45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Β28</w:t>
            </w:r>
          </w:p>
        </w:tc>
      </w:tr>
      <w:tr w:rsidR="006D507E" w:rsidTr="00F359EB">
        <w:trPr>
          <w:cantSplit/>
        </w:trPr>
        <w:tc>
          <w:tcPr>
            <w:tcW w:w="287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10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19294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6D507E" w:rsidRPr="006D507E" w:rsidRDefault="006D507E">
            <w:pPr>
              <w:spacing w:before="20" w:after="20"/>
              <w:rPr>
                <w:lang w:val="el-GR"/>
              </w:rPr>
            </w:pPr>
            <w:r w:rsidRPr="006D507E">
              <w:rPr>
                <w:sz w:val="19"/>
                <w:lang w:val="el-GR"/>
              </w:rPr>
              <w:t>ΤΜΗΜΑ ΔΙΟΙΚΗΤΙΚΗΣ ΕΠΙΣΤΗΜΗΣ ΚΑΙ ΤΕΧΝΟΛΟΓΙΑΣ</w:t>
            </w:r>
          </w:p>
        </w:tc>
        <w:tc>
          <w:tcPr>
            <w:tcW w:w="55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11</w:t>
            </w:r>
          </w:p>
        </w:tc>
        <w:tc>
          <w:tcPr>
            <w:tcW w:w="67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8.109,20</w:t>
            </w:r>
          </w:p>
        </w:tc>
        <w:tc>
          <w:tcPr>
            <w:tcW w:w="45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Φ2</w:t>
            </w:r>
          </w:p>
        </w:tc>
        <w:tc>
          <w:tcPr>
            <w:tcW w:w="57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Γ19</w:t>
            </w:r>
          </w:p>
        </w:tc>
      </w:tr>
      <w:tr w:rsidR="006D507E" w:rsidTr="00F359EB">
        <w:trPr>
          <w:cantSplit/>
        </w:trPr>
        <w:tc>
          <w:tcPr>
            <w:tcW w:w="287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11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19412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ΤΜΗΜΑ ΠΛΗΡΟΦΟΡΙΚΗΣ</w:t>
            </w:r>
          </w:p>
        </w:tc>
        <w:tc>
          <w:tcPr>
            <w:tcW w:w="55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9</w:t>
            </w:r>
          </w:p>
        </w:tc>
        <w:tc>
          <w:tcPr>
            <w:tcW w:w="67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8.656,37</w:t>
            </w:r>
          </w:p>
        </w:tc>
        <w:tc>
          <w:tcPr>
            <w:tcW w:w="45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Β6</w:t>
            </w:r>
          </w:p>
        </w:tc>
      </w:tr>
      <w:tr w:rsidR="006D507E" w:rsidTr="00F359EB">
        <w:trPr>
          <w:cantSplit/>
        </w:trPr>
        <w:tc>
          <w:tcPr>
            <w:tcW w:w="287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12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19289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ΤΜΗΜΑ ΠΛΗΡΟΦΟΡΙΚΗΣ</w:t>
            </w:r>
          </w:p>
        </w:tc>
        <w:tc>
          <w:tcPr>
            <w:tcW w:w="55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67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9.674,93</w:t>
            </w:r>
          </w:p>
        </w:tc>
        <w:tc>
          <w:tcPr>
            <w:tcW w:w="45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Β6</w:t>
            </w:r>
          </w:p>
        </w:tc>
      </w:tr>
      <w:tr w:rsidR="006D507E" w:rsidTr="00F359EB">
        <w:trPr>
          <w:cantSplit/>
        </w:trPr>
        <w:tc>
          <w:tcPr>
            <w:tcW w:w="287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13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19278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ΤΜΗΜΑ ΛΟΓΙΣΤΙΚΗΣ ΚΑΙ ΧΡΗΜΑΤΟΟΙΚΟΝΟΜΙΚΗΣ</w:t>
            </w:r>
          </w:p>
        </w:tc>
        <w:tc>
          <w:tcPr>
            <w:tcW w:w="55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9</w:t>
            </w:r>
          </w:p>
        </w:tc>
        <w:tc>
          <w:tcPr>
            <w:tcW w:w="67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10.502,51</w:t>
            </w:r>
          </w:p>
        </w:tc>
        <w:tc>
          <w:tcPr>
            <w:tcW w:w="45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Β2</w:t>
            </w:r>
          </w:p>
        </w:tc>
      </w:tr>
      <w:tr w:rsidR="006D507E" w:rsidTr="00F359EB">
        <w:trPr>
          <w:cantSplit/>
        </w:trPr>
        <w:tc>
          <w:tcPr>
            <w:tcW w:w="287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14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19532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6D507E" w:rsidRPr="006D507E" w:rsidRDefault="006D507E">
            <w:pPr>
              <w:spacing w:before="20" w:after="20"/>
              <w:rPr>
                <w:lang w:val="el-GR"/>
              </w:rPr>
            </w:pPr>
            <w:r w:rsidRPr="006D507E">
              <w:rPr>
                <w:sz w:val="19"/>
                <w:lang w:val="el-GR"/>
              </w:rPr>
              <w:t>ΤΜΗΜΑ ΔΙΟΙΚΗΤΙΚΗΣ ΕΠΙΣΤΗΜΗΣ ΚΑΙ ΤΕΧΝΟΛΟΓΙΑΣ</w:t>
            </w:r>
          </w:p>
        </w:tc>
        <w:tc>
          <w:tcPr>
            <w:tcW w:w="55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9</w:t>
            </w:r>
          </w:p>
        </w:tc>
        <w:tc>
          <w:tcPr>
            <w:tcW w:w="67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10.796,01</w:t>
            </w:r>
          </w:p>
        </w:tc>
        <w:tc>
          <w:tcPr>
            <w:tcW w:w="45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Φ2</w:t>
            </w:r>
          </w:p>
        </w:tc>
        <w:tc>
          <w:tcPr>
            <w:tcW w:w="57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Β16</w:t>
            </w:r>
          </w:p>
        </w:tc>
      </w:tr>
      <w:tr w:rsidR="006D507E" w:rsidTr="00F359EB">
        <w:trPr>
          <w:cantSplit/>
        </w:trPr>
        <w:tc>
          <w:tcPr>
            <w:tcW w:w="287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15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19566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ΤΜΗΜΑ ΛΟΓΙΣΤΙΚΗΣ ΚΑΙ ΧΡΗΜΑΤΟΟΙΚΟΝΟΜΙΚΗΣ</w:t>
            </w:r>
          </w:p>
        </w:tc>
        <w:tc>
          <w:tcPr>
            <w:tcW w:w="55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67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12.992,44</w:t>
            </w:r>
          </w:p>
        </w:tc>
        <w:tc>
          <w:tcPr>
            <w:tcW w:w="45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Φ1</w:t>
            </w:r>
          </w:p>
        </w:tc>
        <w:tc>
          <w:tcPr>
            <w:tcW w:w="57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Β26</w:t>
            </w:r>
          </w:p>
        </w:tc>
      </w:tr>
      <w:tr w:rsidR="006D507E" w:rsidTr="00F359EB">
        <w:trPr>
          <w:cantSplit/>
        </w:trPr>
        <w:tc>
          <w:tcPr>
            <w:tcW w:w="287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16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19506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ΤΜΗΜΑ ΠΛΗΡΟΦΟΡΙΚΗΣ</w:t>
            </w:r>
          </w:p>
        </w:tc>
        <w:tc>
          <w:tcPr>
            <w:tcW w:w="55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9</w:t>
            </w:r>
          </w:p>
        </w:tc>
        <w:tc>
          <w:tcPr>
            <w:tcW w:w="67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13.433,49</w:t>
            </w:r>
          </w:p>
        </w:tc>
        <w:tc>
          <w:tcPr>
            <w:tcW w:w="45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Φ2</w:t>
            </w:r>
          </w:p>
        </w:tc>
        <w:tc>
          <w:tcPr>
            <w:tcW w:w="57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Β25</w:t>
            </w:r>
          </w:p>
        </w:tc>
      </w:tr>
      <w:tr w:rsidR="006D507E" w:rsidTr="00F359EB">
        <w:trPr>
          <w:cantSplit/>
        </w:trPr>
        <w:tc>
          <w:tcPr>
            <w:tcW w:w="287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17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19374</w:t>
            </w:r>
          </w:p>
        </w:tc>
        <w:tc>
          <w:tcPr>
            <w:tcW w:w="479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507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ΤΜΗΜΑ ΛΟΓΙΣΤΙΚΗΣ ΚΑΙ ΧΡΗΜΑΤΟΟΙΚΟΝΟΜΙΚΗΣ</w:t>
            </w:r>
          </w:p>
        </w:tc>
        <w:tc>
          <w:tcPr>
            <w:tcW w:w="55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9</w:t>
            </w:r>
          </w:p>
        </w:tc>
        <w:tc>
          <w:tcPr>
            <w:tcW w:w="67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14.220,54</w:t>
            </w:r>
          </w:p>
        </w:tc>
        <w:tc>
          <w:tcPr>
            <w:tcW w:w="45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Φ2</w:t>
            </w:r>
          </w:p>
        </w:tc>
        <w:tc>
          <w:tcPr>
            <w:tcW w:w="574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Β15</w:t>
            </w:r>
          </w:p>
        </w:tc>
      </w:tr>
    </w:tbl>
    <w:p w:rsidR="00BB17AD" w:rsidRDefault="00BB17AD">
      <w:pPr>
        <w:keepNext/>
        <w:spacing w:after="40"/>
        <w:rPr>
          <w:b/>
          <w:sz w:val="24"/>
        </w:rPr>
      </w:pPr>
    </w:p>
    <w:p w:rsidR="00BB17AD" w:rsidRDefault="00BB17AD">
      <w:pPr>
        <w:keepNext/>
        <w:spacing w:after="40"/>
        <w:rPr>
          <w:b/>
          <w:sz w:val="24"/>
        </w:rPr>
      </w:pPr>
    </w:p>
    <w:p w:rsidR="00CD226A" w:rsidRDefault="00FF7E91">
      <w:pPr>
        <w:keepNext/>
        <w:spacing w:after="40"/>
      </w:pPr>
      <w:proofErr w:type="spellStart"/>
      <w:r>
        <w:rPr>
          <w:b/>
          <w:sz w:val="24"/>
        </w:rPr>
        <w:t>Πίν</w:t>
      </w:r>
      <w:proofErr w:type="spellEnd"/>
      <w:r>
        <w:rPr>
          <w:b/>
          <w:sz w:val="24"/>
        </w:rPr>
        <w:t>ακας 3</w:t>
      </w:r>
    </w:p>
    <w:p w:rsidR="00CD226A" w:rsidRPr="006D507E" w:rsidRDefault="00FF7E91">
      <w:pPr>
        <w:keepNext/>
        <w:spacing w:after="80"/>
        <w:rPr>
          <w:lang w:val="el-GR"/>
        </w:rPr>
      </w:pPr>
      <w:r w:rsidRPr="006D507E">
        <w:rPr>
          <w:b/>
          <w:sz w:val="22"/>
          <w:lang w:val="el-GR"/>
        </w:rPr>
        <w:t>ΔΙΚΑΙΟΥΧΟΙ ΣΤΕΓΑΣΗΣ: ΜΕΤΑΠΤΥΧΙΑΚΟΙ ΦΟΙΤΗΤΕΣ (ΑΚ ΕΤΟΣ 2026-2027)_ΜΕ ΣΕΙΡΑ ΚΑΤΑΤΑΞΗΣ</w:t>
      </w:r>
    </w:p>
    <w:p w:rsidR="006D507E" w:rsidRDefault="00FF7E91" w:rsidP="006D507E">
      <w:pPr>
        <w:spacing w:after="80"/>
        <w:rPr>
          <w:i/>
          <w:lang w:val="el-GR"/>
        </w:rPr>
      </w:pPr>
      <w:r w:rsidRPr="006D507E">
        <w:rPr>
          <w:i/>
          <w:lang w:val="el-GR"/>
        </w:rPr>
        <w:t>Δεν υπάρχουν αιτήσεις σε αυτή την κατηγορία.</w:t>
      </w:r>
    </w:p>
    <w:p w:rsidR="00BB17AD" w:rsidRDefault="00BB17AD" w:rsidP="006D507E">
      <w:pPr>
        <w:spacing w:after="80"/>
        <w:rPr>
          <w:b/>
          <w:sz w:val="24"/>
          <w:lang w:val="el-GR"/>
        </w:rPr>
      </w:pPr>
    </w:p>
    <w:p w:rsidR="00BB17AD" w:rsidRDefault="00BB17AD" w:rsidP="006D507E">
      <w:pPr>
        <w:spacing w:after="80"/>
        <w:rPr>
          <w:b/>
          <w:sz w:val="24"/>
          <w:lang w:val="el-GR"/>
        </w:rPr>
      </w:pPr>
    </w:p>
    <w:p w:rsidR="00CD226A" w:rsidRPr="006D507E" w:rsidRDefault="00FF7E91" w:rsidP="006D507E">
      <w:pPr>
        <w:spacing w:after="80"/>
        <w:rPr>
          <w:lang w:val="el-GR"/>
        </w:rPr>
      </w:pPr>
      <w:r w:rsidRPr="006D507E">
        <w:rPr>
          <w:b/>
          <w:sz w:val="24"/>
          <w:lang w:val="el-GR"/>
        </w:rPr>
        <w:t>Πίνακας 4</w:t>
      </w:r>
    </w:p>
    <w:p w:rsidR="00CD226A" w:rsidRPr="006D507E" w:rsidRDefault="00FF7E91">
      <w:pPr>
        <w:keepNext/>
        <w:spacing w:after="80"/>
        <w:rPr>
          <w:lang w:val="el-GR"/>
        </w:rPr>
      </w:pPr>
      <w:r w:rsidRPr="006D507E">
        <w:rPr>
          <w:b/>
          <w:sz w:val="22"/>
          <w:lang w:val="el-GR"/>
        </w:rPr>
        <w:t>ΔΙΚΑΙΟΥΧΟΙ ΣΤΕΓΑΣΗΣ: ΥΠΟΨΗΦΙΟΙ ΔΙΔΑΚΤΟΡΕΣ (ΑΚ ΕΤΟΣ 2026-2027)_ΜΕ ΣΕΙΡΑ ΚΑΤΑΤΑΞΗΣ</w:t>
      </w:r>
    </w:p>
    <w:p w:rsidR="006D507E" w:rsidRDefault="00FF7E91" w:rsidP="006D507E">
      <w:pPr>
        <w:spacing w:after="80"/>
        <w:rPr>
          <w:i/>
          <w:lang w:val="el-GR"/>
        </w:rPr>
      </w:pPr>
      <w:r w:rsidRPr="006D507E">
        <w:rPr>
          <w:i/>
          <w:lang w:val="el-GR"/>
        </w:rPr>
        <w:t>Δεν υπάρχουν αιτήσεις σε αυτή την κατηγορία.</w:t>
      </w:r>
    </w:p>
    <w:p w:rsidR="00BB17AD" w:rsidRDefault="00BB17AD" w:rsidP="006D507E">
      <w:pPr>
        <w:spacing w:after="80"/>
        <w:rPr>
          <w:b/>
          <w:sz w:val="24"/>
          <w:lang w:val="el-GR"/>
        </w:rPr>
      </w:pPr>
    </w:p>
    <w:p w:rsidR="00CD226A" w:rsidRPr="006D507E" w:rsidRDefault="00FF7E91" w:rsidP="006D507E">
      <w:pPr>
        <w:spacing w:after="80"/>
        <w:rPr>
          <w:lang w:val="el-GR"/>
        </w:rPr>
      </w:pPr>
      <w:r w:rsidRPr="006D507E">
        <w:rPr>
          <w:b/>
          <w:sz w:val="24"/>
          <w:lang w:val="el-GR"/>
        </w:rPr>
        <w:t>Πίνακας 5</w:t>
      </w:r>
    </w:p>
    <w:p w:rsidR="00CD226A" w:rsidRPr="006D507E" w:rsidRDefault="00FF7E91">
      <w:pPr>
        <w:keepNext/>
        <w:spacing w:after="80"/>
        <w:rPr>
          <w:lang w:val="el-GR"/>
        </w:rPr>
      </w:pPr>
      <w:r w:rsidRPr="006D507E">
        <w:rPr>
          <w:b/>
          <w:sz w:val="22"/>
          <w:lang w:val="el-GR"/>
        </w:rPr>
        <w:t>ΑΠΟΡΡΙΠΤΕΕΣ ΑΙΤΗΣΕΙΣ ΣΤΕΓΑΣΗΣ ΦΟΙΤΗΤΩΝ/ΤΡΙΩΝ ΟΛΩΝ ΤΩΝ ΚΑΤΗΓΟΡΙΩΝ (ΑΚ ΕΤΟΣ 2026-2027)</w:t>
      </w:r>
    </w:p>
    <w:p w:rsidR="00CD226A" w:rsidRDefault="00FF7E91">
      <w:pPr>
        <w:keepNext/>
        <w:spacing w:after="80"/>
      </w:pPr>
      <w:proofErr w:type="spellStart"/>
      <w:r>
        <w:rPr>
          <w:i/>
        </w:rPr>
        <w:t>Σύνολο</w:t>
      </w:r>
      <w:proofErr w:type="spellEnd"/>
      <w:r>
        <w:rPr>
          <w:i/>
        </w:rPr>
        <w:t xml:space="preserve"> απ</w:t>
      </w:r>
      <w:proofErr w:type="spellStart"/>
      <w:r>
        <w:rPr>
          <w:i/>
        </w:rPr>
        <w:t>ορρι</w:t>
      </w:r>
      <w:proofErr w:type="spellEnd"/>
      <w:r>
        <w:rPr>
          <w:i/>
        </w:rPr>
        <w:t>πτέων α</w:t>
      </w:r>
      <w:proofErr w:type="spellStart"/>
      <w:r>
        <w:rPr>
          <w:i/>
        </w:rPr>
        <w:t>ιτήσεων</w:t>
      </w:r>
      <w:proofErr w:type="spellEnd"/>
      <w:r>
        <w:rPr>
          <w:i/>
        </w:rPr>
        <w:t>: 11</w:t>
      </w:r>
    </w:p>
    <w:tbl>
      <w:tblPr>
        <w:tblStyle w:val="afa"/>
        <w:tblW w:w="5000" w:type="pct"/>
        <w:tblLook w:val="04A0" w:firstRow="1" w:lastRow="0" w:firstColumn="1" w:lastColumn="0" w:noHBand="0" w:noVBand="1"/>
      </w:tblPr>
      <w:tblGrid>
        <w:gridCol w:w="614"/>
        <w:gridCol w:w="1245"/>
        <w:gridCol w:w="1051"/>
        <w:gridCol w:w="3188"/>
        <w:gridCol w:w="1057"/>
        <w:gridCol w:w="2701"/>
      </w:tblGrid>
      <w:tr w:rsidR="006D507E" w:rsidTr="00F359EB">
        <w:trPr>
          <w:tblHeader/>
        </w:trPr>
        <w:tc>
          <w:tcPr>
            <w:tcW w:w="320" w:type="pct"/>
            <w:shd w:val="clear" w:color="auto" w:fill="D9D9D9"/>
          </w:tcPr>
          <w:p w:rsidR="006D507E" w:rsidRDefault="006D507E">
            <w:pPr>
              <w:spacing w:before="20" w:after="20"/>
              <w:jc w:val="center"/>
            </w:pPr>
            <w:r>
              <w:rPr>
                <w:b/>
                <w:sz w:val="19"/>
              </w:rPr>
              <w:t>Α/Α</w:t>
            </w:r>
          </w:p>
        </w:tc>
        <w:tc>
          <w:tcPr>
            <w:tcW w:w="640" w:type="pct"/>
            <w:shd w:val="clear" w:color="auto" w:fill="D9D9D9"/>
          </w:tcPr>
          <w:p w:rsidR="006D507E" w:rsidRDefault="006D507E">
            <w:pPr>
              <w:spacing w:before="20" w:after="20"/>
              <w:jc w:val="center"/>
            </w:pPr>
            <w:r>
              <w:rPr>
                <w:b/>
                <w:sz w:val="19"/>
              </w:rPr>
              <w:t>ΚΩΔΙΚΟΣ ΑΙΤΗΣΗΣ</w:t>
            </w:r>
          </w:p>
        </w:tc>
        <w:tc>
          <w:tcPr>
            <w:tcW w:w="542" w:type="pct"/>
            <w:shd w:val="clear" w:color="auto" w:fill="D9D9D9"/>
          </w:tcPr>
          <w:p w:rsidR="006D507E" w:rsidRDefault="006D507E">
            <w:pPr>
              <w:spacing w:before="20" w:after="20"/>
              <w:jc w:val="center"/>
            </w:pPr>
            <w:r>
              <w:rPr>
                <w:b/>
                <w:sz w:val="19"/>
              </w:rPr>
              <w:t>ΠΟΛΗ</w:t>
            </w:r>
          </w:p>
        </w:tc>
        <w:tc>
          <w:tcPr>
            <w:tcW w:w="1626" w:type="pct"/>
            <w:shd w:val="clear" w:color="auto" w:fill="D9D9D9"/>
          </w:tcPr>
          <w:p w:rsidR="006D507E" w:rsidRDefault="006D507E">
            <w:pPr>
              <w:spacing w:before="20" w:after="20"/>
              <w:jc w:val="center"/>
            </w:pPr>
            <w:r>
              <w:rPr>
                <w:b/>
                <w:sz w:val="19"/>
              </w:rPr>
              <w:t>ΤΜΗΜΑ</w:t>
            </w:r>
          </w:p>
        </w:tc>
        <w:tc>
          <w:tcPr>
            <w:tcW w:w="493" w:type="pct"/>
            <w:shd w:val="clear" w:color="auto" w:fill="D9D9D9"/>
          </w:tcPr>
          <w:p w:rsidR="006D507E" w:rsidRDefault="006D507E">
            <w:pPr>
              <w:spacing w:before="20" w:after="20"/>
              <w:jc w:val="center"/>
            </w:pPr>
            <w:r>
              <w:rPr>
                <w:b/>
                <w:sz w:val="19"/>
              </w:rPr>
              <w:t>ΕΞΑΜΗΝΟ</w:t>
            </w:r>
          </w:p>
        </w:tc>
        <w:tc>
          <w:tcPr>
            <w:tcW w:w="1379" w:type="pct"/>
            <w:shd w:val="clear" w:color="auto" w:fill="D9D9D9"/>
          </w:tcPr>
          <w:p w:rsidR="006D507E" w:rsidRDefault="006D507E">
            <w:pPr>
              <w:spacing w:before="20" w:after="20"/>
              <w:jc w:val="center"/>
            </w:pPr>
            <w:r>
              <w:rPr>
                <w:b/>
                <w:sz w:val="19"/>
              </w:rPr>
              <w:t>ΛΟΓΟΣ ΑΠΟΡΡΙΨΗΣ</w:t>
            </w:r>
          </w:p>
        </w:tc>
      </w:tr>
      <w:tr w:rsidR="006D507E" w:rsidTr="00F359EB">
        <w:trPr>
          <w:cantSplit/>
        </w:trPr>
        <w:tc>
          <w:tcPr>
            <w:tcW w:w="32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64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19266</w:t>
            </w:r>
          </w:p>
        </w:tc>
        <w:tc>
          <w:tcPr>
            <w:tcW w:w="542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626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ΤΜΗΜΑ ΠΛΗΡΟΦΟΡΙΚΗΣ</w:t>
            </w:r>
          </w:p>
        </w:tc>
        <w:tc>
          <w:tcPr>
            <w:tcW w:w="493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1379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Δεν επιθυμεί στέγαση</w:t>
            </w:r>
          </w:p>
        </w:tc>
      </w:tr>
      <w:tr w:rsidR="006D507E" w:rsidTr="00F359EB">
        <w:trPr>
          <w:cantSplit/>
        </w:trPr>
        <w:tc>
          <w:tcPr>
            <w:tcW w:w="32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lastRenderedPageBreak/>
              <w:t>2</w:t>
            </w:r>
          </w:p>
        </w:tc>
        <w:tc>
          <w:tcPr>
            <w:tcW w:w="64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19382</w:t>
            </w:r>
          </w:p>
        </w:tc>
        <w:tc>
          <w:tcPr>
            <w:tcW w:w="542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626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ΤΜΗΜΑ ΛΟΓΙΣΤΙΚΗΣ ΚΑΙ ΧΡΗΜΑΤΟΟΙΚΟΝΟΜΙΚΗΣ</w:t>
            </w:r>
          </w:p>
        </w:tc>
        <w:tc>
          <w:tcPr>
            <w:tcW w:w="493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1379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Υπέρβαση εισοδηματικού ορίου</w:t>
            </w:r>
          </w:p>
        </w:tc>
      </w:tr>
      <w:tr w:rsidR="006D507E" w:rsidTr="00F359EB">
        <w:trPr>
          <w:cantSplit/>
        </w:trPr>
        <w:tc>
          <w:tcPr>
            <w:tcW w:w="32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64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19486</w:t>
            </w:r>
          </w:p>
        </w:tc>
        <w:tc>
          <w:tcPr>
            <w:tcW w:w="542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626" w:type="pct"/>
          </w:tcPr>
          <w:p w:rsidR="006D507E" w:rsidRPr="006D507E" w:rsidRDefault="006D507E">
            <w:pPr>
              <w:spacing w:before="20" w:after="20"/>
              <w:rPr>
                <w:lang w:val="el-GR"/>
              </w:rPr>
            </w:pPr>
            <w:r w:rsidRPr="006D507E">
              <w:rPr>
                <w:sz w:val="19"/>
                <w:lang w:val="el-GR"/>
              </w:rPr>
              <w:t>ΤΜΗΜΑ ΔΙΟΙΚΗΤΙΚΗΣ ΕΠΙΣΤΗΜΗΣ ΚΑΙ ΤΕΧΝΟΛΟΓΙΑΣ</w:t>
            </w:r>
          </w:p>
        </w:tc>
        <w:tc>
          <w:tcPr>
            <w:tcW w:w="493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</w:t>
            </w:r>
          </w:p>
        </w:tc>
        <w:tc>
          <w:tcPr>
            <w:tcW w:w="1379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Δεν επιθυμεί στέγαση</w:t>
            </w:r>
          </w:p>
        </w:tc>
      </w:tr>
      <w:tr w:rsidR="006D507E" w:rsidTr="00F359EB">
        <w:trPr>
          <w:cantSplit/>
        </w:trPr>
        <w:tc>
          <w:tcPr>
            <w:tcW w:w="32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4</w:t>
            </w:r>
          </w:p>
        </w:tc>
        <w:tc>
          <w:tcPr>
            <w:tcW w:w="64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19511</w:t>
            </w:r>
          </w:p>
        </w:tc>
        <w:tc>
          <w:tcPr>
            <w:tcW w:w="542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626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ΤΜΗΜΑ ΛΟΓΙΣΤΙΚΗΣ ΚΑΙ ΧΡΗΜΑΤΟΟΙΚΟΝΟΜΙΚΗΣ</w:t>
            </w:r>
          </w:p>
        </w:tc>
        <w:tc>
          <w:tcPr>
            <w:tcW w:w="493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7</w:t>
            </w:r>
          </w:p>
        </w:tc>
        <w:tc>
          <w:tcPr>
            <w:tcW w:w="1379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Διπλή υποβολή αίτησης</w:t>
            </w:r>
          </w:p>
        </w:tc>
      </w:tr>
      <w:tr w:rsidR="006D507E" w:rsidTr="00F359EB">
        <w:trPr>
          <w:cantSplit/>
        </w:trPr>
        <w:tc>
          <w:tcPr>
            <w:tcW w:w="32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5</w:t>
            </w:r>
          </w:p>
        </w:tc>
        <w:tc>
          <w:tcPr>
            <w:tcW w:w="64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19539</w:t>
            </w:r>
          </w:p>
        </w:tc>
        <w:tc>
          <w:tcPr>
            <w:tcW w:w="542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626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ΤΜΗΜΑ ΛΟΓΙΣΤΙΚΗΣ ΚΑΙ ΧΡΗΜΑΤΟΟΙΚΟΝΟΜΙΚΗΣ</w:t>
            </w:r>
          </w:p>
        </w:tc>
        <w:tc>
          <w:tcPr>
            <w:tcW w:w="493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3</w:t>
            </w:r>
          </w:p>
        </w:tc>
        <w:tc>
          <w:tcPr>
            <w:tcW w:w="1379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Διπλή υποβολή αίτησης</w:t>
            </w:r>
          </w:p>
        </w:tc>
      </w:tr>
      <w:tr w:rsidR="006D507E" w:rsidTr="00F359EB">
        <w:trPr>
          <w:cantSplit/>
        </w:trPr>
        <w:tc>
          <w:tcPr>
            <w:tcW w:w="32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6</w:t>
            </w:r>
          </w:p>
        </w:tc>
        <w:tc>
          <w:tcPr>
            <w:tcW w:w="64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19535</w:t>
            </w:r>
          </w:p>
        </w:tc>
        <w:tc>
          <w:tcPr>
            <w:tcW w:w="542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626" w:type="pct"/>
          </w:tcPr>
          <w:p w:rsidR="006D507E" w:rsidRPr="006D507E" w:rsidRDefault="006D507E">
            <w:pPr>
              <w:spacing w:before="20" w:after="20"/>
              <w:rPr>
                <w:lang w:val="el-GR"/>
              </w:rPr>
            </w:pPr>
            <w:r w:rsidRPr="006D507E">
              <w:rPr>
                <w:sz w:val="19"/>
                <w:lang w:val="el-GR"/>
              </w:rPr>
              <w:t>ΤΜΗΜΑ ΔΙΟΙΚΗΤΙΚΗΣ ΕΠΙΣΤΗΜΗΣ ΚΑΙ ΤΕΧΝΟΛΟΓΙΑΣ</w:t>
            </w:r>
          </w:p>
        </w:tc>
        <w:tc>
          <w:tcPr>
            <w:tcW w:w="493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7</w:t>
            </w:r>
          </w:p>
        </w:tc>
        <w:tc>
          <w:tcPr>
            <w:tcW w:w="1379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Διπλή υποβολή αίτησης</w:t>
            </w:r>
          </w:p>
        </w:tc>
      </w:tr>
      <w:tr w:rsidR="006D507E" w:rsidRPr="00BB17AD" w:rsidTr="00F359EB">
        <w:trPr>
          <w:cantSplit/>
        </w:trPr>
        <w:tc>
          <w:tcPr>
            <w:tcW w:w="32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7</w:t>
            </w:r>
          </w:p>
        </w:tc>
        <w:tc>
          <w:tcPr>
            <w:tcW w:w="64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19561</w:t>
            </w:r>
          </w:p>
        </w:tc>
        <w:tc>
          <w:tcPr>
            <w:tcW w:w="542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626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ΤΜΗΜΑ ΠΛΗΡΟΦΟΡΙΚΗΣ</w:t>
            </w:r>
          </w:p>
        </w:tc>
        <w:tc>
          <w:tcPr>
            <w:tcW w:w="493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13</w:t>
            </w:r>
          </w:p>
        </w:tc>
        <w:tc>
          <w:tcPr>
            <w:tcW w:w="1379" w:type="pct"/>
          </w:tcPr>
          <w:p w:rsidR="006D507E" w:rsidRPr="006D507E" w:rsidRDefault="006D507E">
            <w:pPr>
              <w:spacing w:before="20" w:after="20"/>
              <w:rPr>
                <w:lang w:val="el-GR"/>
              </w:rPr>
            </w:pPr>
            <w:r w:rsidRPr="006D507E">
              <w:rPr>
                <w:sz w:val="19"/>
                <w:lang w:val="el-GR"/>
              </w:rPr>
              <w:t>Υπέρβαση επιτρεπόμενου ορίου εξαμήνων φοίτησης</w:t>
            </w:r>
          </w:p>
        </w:tc>
      </w:tr>
      <w:tr w:rsidR="006D507E" w:rsidTr="00F359EB">
        <w:trPr>
          <w:cantSplit/>
        </w:trPr>
        <w:tc>
          <w:tcPr>
            <w:tcW w:w="32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8</w:t>
            </w:r>
          </w:p>
        </w:tc>
        <w:tc>
          <w:tcPr>
            <w:tcW w:w="64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19560</w:t>
            </w:r>
          </w:p>
        </w:tc>
        <w:tc>
          <w:tcPr>
            <w:tcW w:w="542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626" w:type="pct"/>
          </w:tcPr>
          <w:p w:rsidR="006D507E" w:rsidRPr="006D507E" w:rsidRDefault="006D507E">
            <w:pPr>
              <w:spacing w:before="20" w:after="20"/>
              <w:rPr>
                <w:lang w:val="el-GR"/>
              </w:rPr>
            </w:pPr>
            <w:r w:rsidRPr="006D507E">
              <w:rPr>
                <w:sz w:val="19"/>
                <w:lang w:val="el-GR"/>
              </w:rPr>
              <w:t>ΤΜΗΜΑ ΔΙΟΙΚΗΤΙΚΗΣ ΕΠΙΣΤΗΜΗΣ ΚΑΙ ΤΕΧΝΟΛΟΓΙΑΣ</w:t>
            </w:r>
          </w:p>
        </w:tc>
        <w:tc>
          <w:tcPr>
            <w:tcW w:w="493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7</w:t>
            </w:r>
          </w:p>
        </w:tc>
        <w:tc>
          <w:tcPr>
            <w:tcW w:w="1379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Διπλή υποβολή αίτησης</w:t>
            </w:r>
          </w:p>
        </w:tc>
      </w:tr>
      <w:tr w:rsidR="006D507E" w:rsidTr="00F359EB">
        <w:trPr>
          <w:cantSplit/>
        </w:trPr>
        <w:tc>
          <w:tcPr>
            <w:tcW w:w="32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9</w:t>
            </w:r>
          </w:p>
        </w:tc>
        <w:tc>
          <w:tcPr>
            <w:tcW w:w="64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19581</w:t>
            </w:r>
          </w:p>
        </w:tc>
        <w:tc>
          <w:tcPr>
            <w:tcW w:w="542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626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ΤΜΗΜΑ ΠΛΗΡΟΦΟΡΙΚΗΣ</w:t>
            </w:r>
          </w:p>
        </w:tc>
        <w:tc>
          <w:tcPr>
            <w:tcW w:w="493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9</w:t>
            </w:r>
          </w:p>
        </w:tc>
        <w:tc>
          <w:tcPr>
            <w:tcW w:w="1379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Διπλή υποβολή αίτησης</w:t>
            </w:r>
          </w:p>
        </w:tc>
      </w:tr>
      <w:tr w:rsidR="006D507E" w:rsidTr="00F359EB">
        <w:trPr>
          <w:cantSplit/>
        </w:trPr>
        <w:tc>
          <w:tcPr>
            <w:tcW w:w="32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10</w:t>
            </w:r>
          </w:p>
        </w:tc>
        <w:tc>
          <w:tcPr>
            <w:tcW w:w="64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19591</w:t>
            </w:r>
          </w:p>
        </w:tc>
        <w:tc>
          <w:tcPr>
            <w:tcW w:w="542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626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ΤΜΗΜΑ ΠΛΗΡΟΦΟΡΙΚΗΣ</w:t>
            </w:r>
          </w:p>
        </w:tc>
        <w:tc>
          <w:tcPr>
            <w:tcW w:w="493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7</w:t>
            </w:r>
          </w:p>
        </w:tc>
        <w:tc>
          <w:tcPr>
            <w:tcW w:w="1379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Διπλή υποβολή αίτησης</w:t>
            </w:r>
          </w:p>
        </w:tc>
      </w:tr>
      <w:tr w:rsidR="006D507E" w:rsidTr="00F359EB">
        <w:trPr>
          <w:cantSplit/>
        </w:trPr>
        <w:tc>
          <w:tcPr>
            <w:tcW w:w="32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11</w:t>
            </w:r>
          </w:p>
        </w:tc>
        <w:tc>
          <w:tcPr>
            <w:tcW w:w="640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19557</w:t>
            </w:r>
          </w:p>
        </w:tc>
        <w:tc>
          <w:tcPr>
            <w:tcW w:w="542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ΚΑΒΑΛΑ</w:t>
            </w:r>
          </w:p>
        </w:tc>
        <w:tc>
          <w:tcPr>
            <w:tcW w:w="1626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ΤΜΗΜΑ ΠΛΗΡΟΦΟΡΙΚΗΣ</w:t>
            </w:r>
          </w:p>
        </w:tc>
        <w:tc>
          <w:tcPr>
            <w:tcW w:w="493" w:type="pct"/>
          </w:tcPr>
          <w:p w:rsidR="006D507E" w:rsidRDefault="006D507E">
            <w:pPr>
              <w:spacing w:before="20" w:after="20"/>
              <w:jc w:val="center"/>
            </w:pPr>
            <w:r>
              <w:rPr>
                <w:sz w:val="19"/>
              </w:rPr>
              <w:t>11</w:t>
            </w:r>
          </w:p>
        </w:tc>
        <w:tc>
          <w:tcPr>
            <w:tcW w:w="1379" w:type="pct"/>
          </w:tcPr>
          <w:p w:rsidR="006D507E" w:rsidRDefault="006D507E">
            <w:pPr>
              <w:spacing w:before="20" w:after="20"/>
            </w:pPr>
            <w:r>
              <w:rPr>
                <w:sz w:val="19"/>
              </w:rPr>
              <w:t>Διπλή υποβολή αίτησης</w:t>
            </w:r>
          </w:p>
        </w:tc>
      </w:tr>
    </w:tbl>
    <w:p w:rsidR="00FF7E91" w:rsidRDefault="00FF7E91"/>
    <w:sectPr w:rsidR="00FF7E91" w:rsidSect="00F359EB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58648B8"/>
    <w:multiLevelType w:val="hybridMultilevel"/>
    <w:tmpl w:val="D7F8FFE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D084B21"/>
    <w:multiLevelType w:val="hybridMultilevel"/>
    <w:tmpl w:val="EF4CF38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6D507E"/>
    <w:rsid w:val="00AA1D8D"/>
    <w:rsid w:val="00B47730"/>
    <w:rsid w:val="00BB17AD"/>
    <w:rsid w:val="00CB0664"/>
    <w:rsid w:val="00CD226A"/>
    <w:rsid w:val="00F359EB"/>
    <w:rsid w:val="00FC693F"/>
    <w:rsid w:val="00FF7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4B3FC35"/>
  <w14:defaultImageDpi w14:val="300"/>
  <w15:docId w15:val="{5D944011-CC17-404E-934D-4E4B5B1ACB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1">
    <w:name w:val="Normal"/>
    <w:qFormat/>
    <w:rsid w:val="00FC693F"/>
    <w:rPr>
      <w:rFonts w:ascii="Calibri" w:eastAsia="Calibri" w:hAnsi="Calibri" w:cs="Calibri"/>
      <w:sz w:val="20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Κεφαλίδα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Υποσέλιδο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Επικεφαλίδα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Επικεφαλίδα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Επικεφαλίδα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Τίτλος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Υπότιτλος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Σώμα κειμένου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Σώμα κείμενου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Κείμενο μακροεντολής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Απόσπασμα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Επικεφαλίδα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Επικεφαλίδα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Επικεφαλίδα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Επικεφαλίδα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Επικεφαλίδα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Επικεφαλίδα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Έντονο απόσπ.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9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a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b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c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d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e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1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197A46B-2807-4D58-AA2C-EC700B0143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698</Words>
  <Characters>3774</Characters>
  <Application>Microsoft Office Word</Application>
  <DocSecurity>0</DocSecurity>
  <Lines>31</Lines>
  <Paragraphs>8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Μαρία Ζαχαριάδου</cp:lastModifiedBy>
  <cp:revision>2</cp:revision>
  <dcterms:created xsi:type="dcterms:W3CDTF">2026-10-02T10:10:00Z</dcterms:created>
  <dcterms:modified xsi:type="dcterms:W3CDTF">2026-10-02T10:10:00Z</dcterms:modified>
  <cp:category/>
</cp:coreProperties>
</file>